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93" w:type="dxa"/>
        <w:tblLayout w:type="fixed"/>
        <w:tblLook w:val="04A0" w:firstRow="1" w:lastRow="0" w:firstColumn="1" w:lastColumn="0" w:noHBand="0" w:noVBand="1"/>
      </w:tblPr>
      <w:tblGrid>
        <w:gridCol w:w="9247"/>
        <w:gridCol w:w="6946"/>
      </w:tblGrid>
      <w:tr w:rsidR="00AB0EA1" w:rsidRPr="00C16C86" w14:paraId="3819FA00" w14:textId="77777777" w:rsidTr="00C16C86"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3658" w14:textId="77777777" w:rsidR="00AB0EA1" w:rsidRPr="00C16C86" w:rsidRDefault="00000000">
            <w:pPr>
              <w:keepLines/>
              <w:spacing w:after="40"/>
              <w:rPr>
                <w:rFonts w:ascii="微軟正黑體" w:eastAsia="微軟正黑體" w:hAnsi="微軟正黑體"/>
                <w:sz w:val="44"/>
                <w:szCs w:val="44"/>
                <w:lang w:eastAsia="zh-TW"/>
              </w:rPr>
            </w:pPr>
            <w:r w:rsidRPr="00C16C86">
              <w:rPr>
                <w:rFonts w:ascii="微軟正黑體" w:eastAsia="微軟正黑體" w:hAnsi="微軟正黑體"/>
                <w:b/>
                <w:sz w:val="44"/>
                <w:szCs w:val="44"/>
                <w:lang w:eastAsia="zh-TW"/>
              </w:rPr>
              <w:t>115 年 9-10 月戶外排球場地系隊練習時間表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3874A" w14:textId="0966AB90" w:rsidR="00AB0EA1" w:rsidRPr="00C16C86" w:rsidRDefault="00000000" w:rsidP="00C16C86">
            <w:pPr>
              <w:keepLines/>
              <w:spacing w:after="40"/>
              <w:ind w:leftChars="333" w:left="666" w:right="40" w:firstLine="2"/>
              <w:jc w:val="right"/>
              <w:rPr>
                <w:rFonts w:ascii="微軟正黑體" w:eastAsia="微軟正黑體" w:hAnsi="微軟正黑體"/>
                <w:sz w:val="44"/>
                <w:szCs w:val="44"/>
                <w:lang w:eastAsia="zh-TW"/>
              </w:rPr>
            </w:pPr>
            <w:r w:rsidRPr="00C16C86">
              <w:rPr>
                <w:rFonts w:ascii="微軟正黑體" w:eastAsia="微軟正黑體" w:hAnsi="微軟正黑體"/>
                <w:b/>
                <w:sz w:val="44"/>
                <w:szCs w:val="44"/>
                <w:lang w:eastAsia="zh-TW"/>
              </w:rPr>
              <w:t xml:space="preserve">夜課優先使用，請於上課前離場 </w:t>
            </w:r>
          </w:p>
        </w:tc>
      </w:tr>
    </w:tbl>
    <w:p w14:paraId="57989CDA" w14:textId="77777777" w:rsidR="00AB0EA1" w:rsidRPr="00C16C86" w:rsidRDefault="00AB0EA1">
      <w:pPr>
        <w:spacing w:after="0" w:line="48" w:lineRule="auto"/>
        <w:rPr>
          <w:rFonts w:ascii="微軟正黑體" w:eastAsia="微軟正黑體" w:hAnsi="微軟正黑體"/>
          <w:lang w:eastAsia="zh-TW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36"/>
        <w:gridCol w:w="3972"/>
        <w:gridCol w:w="3972"/>
        <w:gridCol w:w="3972"/>
        <w:gridCol w:w="3972"/>
        <w:gridCol w:w="3973"/>
      </w:tblGrid>
      <w:tr w:rsidR="00AB0EA1" w:rsidRPr="00C16C86" w14:paraId="4B07D02F" w14:textId="77777777" w:rsidTr="00C16C86">
        <w:trPr>
          <w:trHeight w:val="20"/>
          <w:tblHeader/>
          <w:jc w:val="center"/>
        </w:trPr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642A5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時間／球場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7798E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星期一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FEE63E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星期二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3D86C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星期三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2A9D5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星期四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A414C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星期五</w:t>
            </w:r>
          </w:p>
        </w:tc>
      </w:tr>
      <w:tr w:rsidR="00AB0EA1" w:rsidRPr="00C16C86" w14:paraId="671B0B5F" w14:textId="77777777" w:rsidTr="00C16C86">
        <w:trPr>
          <w:trHeight w:val="20"/>
          <w:jc w:val="center"/>
        </w:trPr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F2F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A712C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適用日期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44D25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9/14、9/21</w:t>
            </w: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br/>
              <w:t>10/5、10/12、10/19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06C12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9/15、9/22、9/29</w:t>
            </w: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br/>
              <w:t>10/6、10/13、10/20、10/27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EAA08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9/16、9/23、9/30</w:t>
            </w: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br/>
              <w:t>10/7、10/14、10/21、10/28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7DD74A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9/17、9/24、10/1</w:t>
            </w: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br/>
              <w:t>10/8、10/15、10/22、10/29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9FB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8F851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9/18、10/2</w:t>
            </w: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br/>
              <w:t>10/16、10/23、10/30</w:t>
            </w:r>
          </w:p>
        </w:tc>
      </w:tr>
      <w:tr w:rsidR="00AB0EA1" w:rsidRPr="00C16C86" w14:paraId="7CA97DDF" w14:textId="77777777" w:rsidTr="00C16C86">
        <w:trPr>
          <w:trHeight w:val="20"/>
          <w:jc w:val="center"/>
        </w:trPr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903473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18:30~19:45</w:t>
            </w: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A場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38D9B3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排球社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46B2B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資訊管理系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FFA81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電機工程系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A154F" w14:textId="77777777" w:rsidR="00AB0EA1" w:rsidRPr="00C16C86" w:rsidRDefault="00000000" w:rsidP="00C16C86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材料科學系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047A7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</w:p>
        </w:tc>
      </w:tr>
      <w:tr w:rsidR="00AB0EA1" w:rsidRPr="00C16C86" w14:paraId="292AABB3" w14:textId="77777777" w:rsidTr="00C16C86">
        <w:trPr>
          <w:trHeight w:val="20"/>
          <w:jc w:val="center"/>
        </w:trPr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EDAA9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18:30~19:45</w:t>
            </w: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B場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7489B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排球社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93986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機電輔系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0B401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應用外語系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C65A9D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動力機械系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F011E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</w:p>
        </w:tc>
      </w:tr>
      <w:tr w:rsidR="00AB0EA1" w:rsidRPr="00C16C86" w14:paraId="30184F1B" w14:textId="77777777" w:rsidTr="00C16C86">
        <w:trPr>
          <w:trHeight w:val="20"/>
          <w:jc w:val="center"/>
        </w:trPr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9B6A9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18:30~19:45</w:t>
            </w: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C場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159EB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排球社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D3751E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企業管理系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0FD8E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農業科技系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BFB96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工業管理系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FA2DF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</w:p>
        </w:tc>
      </w:tr>
      <w:tr w:rsidR="00AB0EA1" w:rsidRPr="00C16C86" w14:paraId="62F3C96C" w14:textId="77777777" w:rsidTr="00C16C86">
        <w:trPr>
          <w:trHeight w:val="20"/>
          <w:jc w:val="center"/>
        </w:trPr>
        <w:tc>
          <w:tcPr>
            <w:tcW w:w="253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F8FA8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19:45~20:45</w:t>
            </w: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A場</w:t>
            </w:r>
          </w:p>
        </w:tc>
        <w:tc>
          <w:tcPr>
            <w:tcW w:w="397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6F980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排球社</w:t>
            </w:r>
          </w:p>
        </w:tc>
        <w:tc>
          <w:tcPr>
            <w:tcW w:w="397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E5254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飛機工程系</w:t>
            </w:r>
          </w:p>
        </w:tc>
        <w:tc>
          <w:tcPr>
            <w:tcW w:w="397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94E84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資訊工程系</w:t>
            </w:r>
          </w:p>
        </w:tc>
        <w:tc>
          <w:tcPr>
            <w:tcW w:w="397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65C3F2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光電工程系</w:t>
            </w:r>
          </w:p>
        </w:tc>
        <w:tc>
          <w:tcPr>
            <w:tcW w:w="3973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1AD1EA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</w:p>
        </w:tc>
      </w:tr>
      <w:tr w:rsidR="00AB0EA1" w:rsidRPr="00C16C86" w14:paraId="0F90300F" w14:textId="77777777" w:rsidTr="00C16C86">
        <w:trPr>
          <w:trHeight w:val="20"/>
          <w:jc w:val="center"/>
        </w:trPr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31A66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19:45~20:45</w:t>
            </w: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B場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989B43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排球社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893BDF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光電工程系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AAE62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休閒遊憩系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90AD4F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機械設計系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558304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</w:p>
        </w:tc>
      </w:tr>
      <w:tr w:rsidR="00AB0EA1" w:rsidRPr="00C16C86" w14:paraId="7E5F5BF4" w14:textId="77777777" w:rsidTr="00C16C86">
        <w:trPr>
          <w:trHeight w:val="20"/>
          <w:jc w:val="center"/>
        </w:trPr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06FD0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t>19:45~20:45</w:t>
            </w: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</w:rPr>
              <w:br/>
              <w:t>C場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1E5987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排球社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D5727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車輛工程系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E5351B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電子工程系</w:t>
            </w:r>
          </w:p>
        </w:tc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3320A8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飛機工程系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88A52" w14:textId="77777777" w:rsidR="00AB0EA1" w:rsidRPr="00C16C86" w:rsidRDefault="00000000">
            <w:pPr>
              <w:keepLines/>
              <w:spacing w:after="0" w:line="240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</w:rPr>
              <w:t>課程</w:t>
            </w:r>
          </w:p>
        </w:tc>
      </w:tr>
    </w:tbl>
    <w:p w14:paraId="2B579CB3" w14:textId="77777777" w:rsidR="00AB0EA1" w:rsidRPr="00C16C86" w:rsidRDefault="00AB0EA1">
      <w:pPr>
        <w:spacing w:after="0" w:line="36" w:lineRule="auto"/>
        <w:rPr>
          <w:rFonts w:ascii="微軟正黑體" w:eastAsia="微軟正黑體" w:hAnsi="微軟正黑體"/>
          <w:sz w:val="32"/>
          <w:szCs w:val="32"/>
        </w:rPr>
      </w:pPr>
    </w:p>
    <w:tbl>
      <w:tblPr>
        <w:tblW w:w="22397" w:type="dxa"/>
        <w:tblLayout w:type="fixed"/>
        <w:tblLook w:val="04A0" w:firstRow="1" w:lastRow="0" w:firstColumn="1" w:lastColumn="0" w:noHBand="0" w:noVBand="1"/>
      </w:tblPr>
      <w:tblGrid>
        <w:gridCol w:w="16145"/>
        <w:gridCol w:w="6252"/>
      </w:tblGrid>
      <w:tr w:rsidR="00AB0EA1" w:rsidRPr="00C16C86" w14:paraId="389657B7" w14:textId="77777777" w:rsidTr="008678D4">
        <w:trPr>
          <w:trHeight w:val="2191"/>
        </w:trPr>
        <w:tc>
          <w:tcPr>
            <w:tcW w:w="16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38A5" w14:textId="77777777" w:rsidR="00AB0EA1" w:rsidRPr="00C16C86" w:rsidRDefault="00000000">
            <w:pPr>
              <w:keepLines/>
              <w:spacing w:after="20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C16C86">
              <w:rPr>
                <w:rFonts w:ascii="微軟正黑體" w:eastAsia="微軟正黑體" w:hAnsi="微軟正黑體"/>
                <w:b/>
                <w:sz w:val="32"/>
                <w:szCs w:val="32"/>
                <w:lang w:eastAsia="zh-TW"/>
              </w:rPr>
              <w:t>註：</w:t>
            </w:r>
          </w:p>
          <w:p w14:paraId="714105ED" w14:textId="19A578B5" w:rsidR="00AB0EA1" w:rsidRDefault="00000000" w:rsidP="00125FA3">
            <w:pPr>
              <w:pStyle w:val="ae"/>
              <w:keepLines/>
              <w:numPr>
                <w:ilvl w:val="0"/>
                <w:numId w:val="10"/>
              </w:numPr>
              <w:spacing w:after="20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125FA3"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  <w:t>使用後請帶走垃圾，共同維護場地整潔。</w:t>
            </w:r>
          </w:p>
          <w:p w14:paraId="711324CD" w14:textId="77777777" w:rsidR="008678D4" w:rsidRDefault="00B300AC" w:rsidP="008678D4">
            <w:pPr>
              <w:pStyle w:val="ae"/>
              <w:keepLines/>
              <w:numPr>
                <w:ilvl w:val="0"/>
                <w:numId w:val="10"/>
              </w:numPr>
              <w:spacing w:after="20"/>
              <w:ind w:rightChars="202" w:right="404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331A23"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  <w:t>9/25（中秋節）、9/28（教師節）、10/9（國慶日補假）、</w:t>
            </w:r>
            <w:r w:rsidR="008678D4" w:rsidRPr="00331A23"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  <w:t>10/26（光復節補假）為假日，不列入系隊練習時段。</w:t>
            </w:r>
          </w:p>
          <w:p w14:paraId="668D5C31" w14:textId="3D7DD463" w:rsidR="00AB0EA1" w:rsidRPr="00C16C86" w:rsidRDefault="00000000" w:rsidP="008678D4">
            <w:pPr>
              <w:pStyle w:val="ae"/>
              <w:keepLines/>
              <w:numPr>
                <w:ilvl w:val="0"/>
                <w:numId w:val="10"/>
              </w:numPr>
              <w:spacing w:after="20"/>
              <w:ind w:rightChars="202" w:right="404"/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</w:pPr>
            <w:r w:rsidRPr="00C16C86">
              <w:rPr>
                <w:rFonts w:ascii="微軟正黑體" w:eastAsia="微軟正黑體" w:hAnsi="微軟正黑體"/>
                <w:sz w:val="32"/>
                <w:szCs w:val="32"/>
                <w:lang w:eastAsia="zh-TW"/>
              </w:rPr>
              <w:t>C場為女生用網高度（女生網）。</w:t>
            </w:r>
          </w:p>
        </w:tc>
        <w:tc>
          <w:tcPr>
            <w:tcW w:w="6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C02FD" w14:textId="77777777" w:rsidR="008678D4" w:rsidRDefault="008678D4"/>
          <w:tbl>
            <w:tblPr>
              <w:tblpPr w:leftFromText="180" w:rightFromText="180" w:vertAnchor="page" w:horzAnchor="margin" w:tblpXSpec="center" w:tblpY="271"/>
              <w:tblOverlap w:val="never"/>
              <w:tblW w:w="5529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1843"/>
              <w:gridCol w:w="1843"/>
            </w:tblGrid>
            <w:tr w:rsidR="008678D4" w:rsidRPr="00C16C86" w14:paraId="56760C3F" w14:textId="77777777" w:rsidTr="008678D4">
              <w:trPr>
                <w:trHeight w:hRule="exact" w:val="1296"/>
              </w:trPr>
              <w:tc>
                <w:tcPr>
                  <w:tcW w:w="552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5" w:type="dxa"/>
                    <w:left w:w="20" w:type="dxa"/>
                    <w:bottom w:w="25" w:type="dxa"/>
                    <w:right w:w="20" w:type="dxa"/>
                  </w:tcMar>
                  <w:vAlign w:val="center"/>
                </w:tcPr>
                <w:p w14:paraId="1881DD70" w14:textId="77777777" w:rsidR="008678D4" w:rsidRDefault="008678D4" w:rsidP="008678D4">
                  <w:pPr>
                    <w:spacing w:after="0" w:line="240" w:lineRule="auto"/>
                    <w:jc w:val="center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  <w:lang w:eastAsia="zh-TW"/>
                    </w:rPr>
                  </w:pPr>
                  <w:r w:rsidRPr="00C16C86"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  <w:t>場地位置</w:t>
                  </w:r>
                </w:p>
                <w:p w14:paraId="4918C623" w14:textId="77777777" w:rsidR="008678D4" w:rsidRPr="00C16C86" w:rsidRDefault="008678D4" w:rsidP="008678D4">
                  <w:pPr>
                    <w:spacing w:after="0" w:line="240" w:lineRule="auto"/>
                    <w:jc w:val="center"/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C16C86">
                    <w:rPr>
                      <w:rFonts w:ascii="微軟正黑體" w:eastAsia="微軟正黑體" w:hAnsi="微軟正黑體"/>
                      <w:sz w:val="32"/>
                      <w:szCs w:val="32"/>
                    </w:rPr>
                    <w:t>籃球場</w:t>
                  </w:r>
                </w:p>
              </w:tc>
            </w:tr>
            <w:tr w:rsidR="008678D4" w:rsidRPr="00C16C86" w14:paraId="13D2BAAD" w14:textId="77777777" w:rsidTr="008678D4">
              <w:trPr>
                <w:trHeight w:hRule="exact" w:val="822"/>
              </w:trPr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5" w:type="dxa"/>
                    <w:left w:w="20" w:type="dxa"/>
                    <w:bottom w:w="25" w:type="dxa"/>
                    <w:right w:w="20" w:type="dxa"/>
                  </w:tcMar>
                  <w:vAlign w:val="center"/>
                </w:tcPr>
                <w:p w14:paraId="09C0BD6F" w14:textId="77777777" w:rsidR="008678D4" w:rsidRPr="00C16C86" w:rsidRDefault="008678D4" w:rsidP="008678D4">
                  <w:pPr>
                    <w:spacing w:after="0" w:line="240" w:lineRule="auto"/>
                    <w:jc w:val="center"/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C16C86"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  <w:t>C場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5" w:type="dxa"/>
                    <w:left w:w="20" w:type="dxa"/>
                    <w:bottom w:w="25" w:type="dxa"/>
                    <w:right w:w="20" w:type="dxa"/>
                  </w:tcMar>
                  <w:vAlign w:val="center"/>
                </w:tcPr>
                <w:p w14:paraId="422FF80E" w14:textId="77777777" w:rsidR="008678D4" w:rsidRPr="00C16C86" w:rsidRDefault="008678D4" w:rsidP="008678D4">
                  <w:pPr>
                    <w:spacing w:after="0" w:line="240" w:lineRule="auto"/>
                    <w:jc w:val="center"/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C16C86"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  <w:t>B場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5" w:type="dxa"/>
                    <w:left w:w="20" w:type="dxa"/>
                    <w:bottom w:w="25" w:type="dxa"/>
                    <w:right w:w="20" w:type="dxa"/>
                  </w:tcMar>
                  <w:vAlign w:val="center"/>
                </w:tcPr>
                <w:p w14:paraId="454C1BC9" w14:textId="77777777" w:rsidR="008678D4" w:rsidRPr="00C16C86" w:rsidRDefault="008678D4" w:rsidP="008678D4">
                  <w:pPr>
                    <w:spacing w:after="0" w:line="240" w:lineRule="auto"/>
                    <w:jc w:val="center"/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C16C86"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  <w:t>A場</w:t>
                  </w:r>
                </w:p>
              </w:tc>
            </w:tr>
          </w:tbl>
          <w:p w14:paraId="3ABE7B8B" w14:textId="77777777" w:rsidR="00AB0EA1" w:rsidRPr="00C16C86" w:rsidRDefault="00AB0EA1">
            <w:pPr>
              <w:keepLines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</w:tbl>
    <w:p w14:paraId="7AAFE79C" w14:textId="77777777" w:rsidR="00DA5CCD" w:rsidRPr="00C16C86" w:rsidRDefault="00DA5CCD">
      <w:pPr>
        <w:rPr>
          <w:rFonts w:ascii="微軟正黑體" w:eastAsia="微軟正黑體" w:hAnsi="微軟正黑體"/>
        </w:rPr>
      </w:pPr>
    </w:p>
    <w:sectPr w:rsidR="00DA5CCD" w:rsidRPr="00C16C86" w:rsidSect="00C16C86">
      <w:pgSz w:w="23811" w:h="16838" w:orient="landscape" w:code="8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CE2BD" w14:textId="77777777" w:rsidR="00DA5CCD" w:rsidRDefault="00DA5CCD" w:rsidP="00B300AC">
      <w:pPr>
        <w:spacing w:after="0" w:line="240" w:lineRule="auto"/>
      </w:pPr>
      <w:r>
        <w:separator/>
      </w:r>
    </w:p>
  </w:endnote>
  <w:endnote w:type="continuationSeparator" w:id="0">
    <w:p w14:paraId="4EE0C734" w14:textId="77777777" w:rsidR="00DA5CCD" w:rsidRDefault="00DA5CCD" w:rsidP="00B30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T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DE662" w14:textId="77777777" w:rsidR="00DA5CCD" w:rsidRDefault="00DA5CCD" w:rsidP="00B300AC">
      <w:pPr>
        <w:spacing w:after="0" w:line="240" w:lineRule="auto"/>
      </w:pPr>
      <w:r>
        <w:separator/>
      </w:r>
    </w:p>
  </w:footnote>
  <w:footnote w:type="continuationSeparator" w:id="0">
    <w:p w14:paraId="1742475E" w14:textId="77777777" w:rsidR="00DA5CCD" w:rsidRDefault="00DA5CCD" w:rsidP="00B30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D21E44"/>
    <w:multiLevelType w:val="hybridMultilevel"/>
    <w:tmpl w:val="2A8CB6E6"/>
    <w:lvl w:ilvl="0" w:tplc="95F420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12D2B08"/>
    <w:multiLevelType w:val="hybridMultilevel"/>
    <w:tmpl w:val="719E5B0E"/>
    <w:lvl w:ilvl="0" w:tplc="F7FC2F00">
      <w:start w:val="1"/>
      <w:numFmt w:val="taiwaneseCountingThousand"/>
      <w:lvlText w:val="%1、"/>
      <w:lvlJc w:val="left"/>
      <w:pPr>
        <w:ind w:left="600" w:hanging="480"/>
      </w:p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num w:numId="1" w16cid:durableId="239946529">
    <w:abstractNumId w:val="8"/>
  </w:num>
  <w:num w:numId="2" w16cid:durableId="1349523650">
    <w:abstractNumId w:val="6"/>
  </w:num>
  <w:num w:numId="3" w16cid:durableId="592401675">
    <w:abstractNumId w:val="5"/>
  </w:num>
  <w:num w:numId="4" w16cid:durableId="182673581">
    <w:abstractNumId w:val="4"/>
  </w:num>
  <w:num w:numId="5" w16cid:durableId="268855674">
    <w:abstractNumId w:val="7"/>
  </w:num>
  <w:num w:numId="6" w16cid:durableId="704722277">
    <w:abstractNumId w:val="3"/>
  </w:num>
  <w:num w:numId="7" w16cid:durableId="1160805084">
    <w:abstractNumId w:val="2"/>
  </w:num>
  <w:num w:numId="8" w16cid:durableId="1312172320">
    <w:abstractNumId w:val="1"/>
  </w:num>
  <w:num w:numId="9" w16cid:durableId="1875730838">
    <w:abstractNumId w:val="0"/>
  </w:num>
  <w:num w:numId="10" w16cid:durableId="1086265590">
    <w:abstractNumId w:val="9"/>
  </w:num>
  <w:num w:numId="11" w16cid:durableId="530723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5FA3"/>
    <w:rsid w:val="0015074B"/>
    <w:rsid w:val="0029639D"/>
    <w:rsid w:val="00302CF3"/>
    <w:rsid w:val="00326F90"/>
    <w:rsid w:val="008678D4"/>
    <w:rsid w:val="00AA1D8D"/>
    <w:rsid w:val="00AB0EA1"/>
    <w:rsid w:val="00B300AC"/>
    <w:rsid w:val="00B47730"/>
    <w:rsid w:val="00C16C86"/>
    <w:rsid w:val="00CB0664"/>
    <w:rsid w:val="00DA5C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4AC2FA"/>
  <w14:defaultImageDpi w14:val="300"/>
  <w15:docId w15:val="{0ABFB7C7-A64D-4BC1-828C-823413CD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TC" w:eastAsia="Noto Sans CJK TC" w:hAnsi="Noto Sans CJK TC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0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2026-09-10T06:36:00Z</dcterms:created>
  <dcterms:modified xsi:type="dcterms:W3CDTF">2026-09-10T07:18:00Z</dcterms:modified>
  <cp:category/>
</cp:coreProperties>
</file>