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2455"/>
        <w:gridCol w:w="3969"/>
        <w:gridCol w:w="3969"/>
        <w:gridCol w:w="3578"/>
        <w:gridCol w:w="391"/>
        <w:gridCol w:w="3969"/>
        <w:gridCol w:w="1379"/>
        <w:gridCol w:w="2590"/>
      </w:tblGrid>
      <w:tr w:rsidR="00E80FB3" w:rsidRPr="00331A23" w14:paraId="4A1A8831" w14:textId="77777777" w:rsidTr="00331A23">
        <w:trPr>
          <w:gridAfter w:val="1"/>
          <w:wAfter w:w="2590" w:type="dxa"/>
        </w:trPr>
        <w:tc>
          <w:tcPr>
            <w:tcW w:w="1397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0" w:type="dxa"/>
              <w:right w:w="0" w:type="dxa"/>
            </w:tcMar>
          </w:tcPr>
          <w:p w14:paraId="20B55385" w14:textId="77777777" w:rsidR="00E80FB3" w:rsidRPr="00331A23" w:rsidRDefault="00000000">
            <w:pPr>
              <w:rPr>
                <w:rFonts w:ascii="微軟正黑體" w:eastAsia="微軟正黑體" w:hAnsi="微軟正黑體"/>
                <w:sz w:val="44"/>
                <w:szCs w:val="44"/>
                <w:lang w:eastAsia="zh-TW"/>
              </w:rPr>
            </w:pPr>
            <w:r w:rsidRPr="00331A23">
              <w:rPr>
                <w:rFonts w:ascii="微軟正黑體" w:eastAsia="微軟正黑體" w:hAnsi="微軟正黑體"/>
                <w:b/>
                <w:sz w:val="44"/>
                <w:szCs w:val="44"/>
                <w:lang w:eastAsia="zh-TW"/>
              </w:rPr>
              <w:t>115年9-10月戶外籃球</w:t>
            </w:r>
            <w:proofErr w:type="gramStart"/>
            <w:r w:rsidRPr="00331A23">
              <w:rPr>
                <w:rFonts w:ascii="微軟正黑體" w:eastAsia="微軟正黑體" w:hAnsi="微軟正黑體"/>
                <w:b/>
                <w:sz w:val="44"/>
                <w:szCs w:val="44"/>
                <w:lang w:eastAsia="zh-TW"/>
              </w:rPr>
              <w:t>場地系隊練習</w:t>
            </w:r>
            <w:proofErr w:type="gramEnd"/>
            <w:r w:rsidRPr="00331A23">
              <w:rPr>
                <w:rFonts w:ascii="微軟正黑體" w:eastAsia="微軟正黑體" w:hAnsi="微軟正黑體"/>
                <w:b/>
                <w:sz w:val="44"/>
                <w:szCs w:val="44"/>
                <w:lang w:eastAsia="zh-TW"/>
              </w:rPr>
              <w:t>時間表</w:t>
            </w:r>
          </w:p>
        </w:tc>
        <w:tc>
          <w:tcPr>
            <w:tcW w:w="57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0" w:type="dxa"/>
              <w:right w:w="0" w:type="dxa"/>
            </w:tcMar>
            <w:vAlign w:val="center"/>
          </w:tcPr>
          <w:p w14:paraId="6751D9B9" w14:textId="77777777" w:rsidR="00E80FB3" w:rsidRPr="00331A23" w:rsidRDefault="00000000">
            <w:pPr>
              <w:jc w:val="right"/>
              <w:rPr>
                <w:rFonts w:ascii="微軟正黑體" w:eastAsia="微軟正黑體" w:hAnsi="微軟正黑體"/>
                <w:sz w:val="44"/>
                <w:szCs w:val="44"/>
              </w:rPr>
            </w:pPr>
            <w:r w:rsidRPr="00331A23">
              <w:rPr>
                <w:rFonts w:ascii="微軟正黑體" w:eastAsia="微軟正黑體" w:hAnsi="微軟正黑體"/>
                <w:b/>
                <w:sz w:val="44"/>
                <w:szCs w:val="44"/>
                <w:highlight w:val="lightGray"/>
                <w:lang w:eastAsia="zh-TW"/>
              </w:rPr>
              <w:t xml:space="preserve"> </w:t>
            </w:r>
            <w:proofErr w:type="spellStart"/>
            <w:r w:rsidRPr="00331A23">
              <w:rPr>
                <w:rFonts w:ascii="微軟正黑體" w:eastAsia="微軟正黑體" w:hAnsi="微軟正黑體"/>
                <w:b/>
                <w:sz w:val="44"/>
                <w:szCs w:val="44"/>
                <w:highlight w:val="lightGray"/>
              </w:rPr>
              <w:t>夜課優先使用</w:t>
            </w:r>
            <w:proofErr w:type="spellEnd"/>
            <w:r w:rsidRPr="00331A23">
              <w:rPr>
                <w:rFonts w:ascii="微軟正黑體" w:eastAsia="微軟正黑體" w:hAnsi="微軟正黑體"/>
                <w:b/>
                <w:sz w:val="44"/>
                <w:szCs w:val="44"/>
                <w:highlight w:val="lightGray"/>
              </w:rPr>
              <w:t xml:space="preserve"> </w:t>
            </w:r>
          </w:p>
        </w:tc>
      </w:tr>
      <w:tr w:rsidR="00E80FB3" w:rsidRPr="00331A23" w14:paraId="5CBCF824" w14:textId="77777777" w:rsidTr="00331A23">
        <w:trPr>
          <w:trHeight w:val="20"/>
          <w:tblHeader/>
        </w:trPr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5F2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6E78E8C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t>時間／球場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5F2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C548D64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t>星期一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5F2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2C10AF9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t>星期二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5F2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2CEBD8A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t>星期三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5F2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04A0AC2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t>星期四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5F2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38B9416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t>星期五</w:t>
            </w:r>
          </w:p>
        </w:tc>
      </w:tr>
      <w:tr w:rsidR="00E80FB3" w:rsidRPr="00331A23" w14:paraId="49CA1B31" w14:textId="77777777" w:rsidTr="00331A23">
        <w:trPr>
          <w:trHeight w:val="20"/>
          <w:tblHeader/>
        </w:trPr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F3F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8886959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t>適用日期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9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43E673C" w14:textId="4A2FCE6B" w:rsidR="00E80FB3" w:rsidRPr="00331A23" w:rsidRDefault="00000000">
            <w:pPr>
              <w:spacing w:line="228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9/14、9/21</w:t>
            </w: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br/>
              <w:t>10/5、10/12、10/19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9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90B0B7D" w14:textId="270EBC75" w:rsidR="00E80FB3" w:rsidRPr="00331A23" w:rsidRDefault="00000000">
            <w:pPr>
              <w:spacing w:line="228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9/15、9/22、9/29</w:t>
            </w:r>
            <w:r w:rsidR="00331A23" w:rsidRPr="00331A23">
              <w:rPr>
                <w:rFonts w:ascii="微軟正黑體" w:eastAsia="微軟正黑體" w:hAnsi="微軟正黑體" w:hint="eastAsia"/>
                <w:sz w:val="32"/>
                <w:szCs w:val="32"/>
                <w:lang w:eastAsia="zh-TW"/>
              </w:rPr>
              <w:t>、</w:t>
            </w: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10/6、10/13、10/20、10/27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9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7C49812" w14:textId="7B60A952" w:rsidR="00E80FB3" w:rsidRPr="00331A23" w:rsidRDefault="00000000">
            <w:pPr>
              <w:spacing w:line="228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9/16、9/23、9/30</w:t>
            </w:r>
            <w:r w:rsidR="00331A23" w:rsidRPr="00331A23">
              <w:rPr>
                <w:rFonts w:ascii="微軟正黑體" w:eastAsia="微軟正黑體" w:hAnsi="微軟正黑體" w:hint="eastAsia"/>
                <w:sz w:val="32"/>
                <w:szCs w:val="32"/>
                <w:lang w:eastAsia="zh-TW"/>
              </w:rPr>
              <w:t>、</w:t>
            </w: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10/7、10/14、10/21、10/28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9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C0AC653" w14:textId="464CA04E" w:rsidR="00E80FB3" w:rsidRPr="00331A23" w:rsidRDefault="00000000">
            <w:pPr>
              <w:spacing w:line="228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9/17、9/24、10/1</w:t>
            </w:r>
            <w:r w:rsidR="00331A23" w:rsidRPr="00331A23">
              <w:rPr>
                <w:rFonts w:ascii="微軟正黑體" w:eastAsia="微軟正黑體" w:hAnsi="微軟正黑體" w:hint="eastAsia"/>
                <w:sz w:val="32"/>
                <w:szCs w:val="32"/>
                <w:lang w:eastAsia="zh-TW"/>
              </w:rPr>
              <w:t>、</w:t>
            </w: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10/8、10/15、10/22、10/29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9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4674B8C" w14:textId="04AEB15F" w:rsidR="00E80FB3" w:rsidRPr="00331A23" w:rsidRDefault="00000000">
            <w:pPr>
              <w:spacing w:line="228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9/18、10/2</w:t>
            </w: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br/>
              <w:t>10/16、10/23、10/30</w:t>
            </w:r>
          </w:p>
        </w:tc>
      </w:tr>
      <w:tr w:rsidR="00E80FB3" w:rsidRPr="00331A23" w14:paraId="1A379467" w14:textId="77777777" w:rsidTr="00331A23">
        <w:trPr>
          <w:trHeight w:val="20"/>
        </w:trPr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981FEC4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t>18:30~19:40</w:t>
            </w: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br/>
              <w:t>C場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B17887C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自動化系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0DBCA60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車輛工程系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AEF89BC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材料科學系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283C85D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自動化系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4AA742D" w14:textId="49EA65DC" w:rsidR="00E80FB3" w:rsidRPr="00331A23" w:rsidRDefault="00E80FB3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E80FB3" w:rsidRPr="00331A23" w14:paraId="4A11BF53" w14:textId="77777777" w:rsidTr="00331A23">
        <w:trPr>
          <w:trHeight w:val="20"/>
        </w:trPr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144F3C8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t>18:30~19:40</w:t>
            </w: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br/>
              <w:t>D場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D491A9F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車輛工程系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88F0CDE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機電輔系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2ED88F3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機電輔系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DABA61E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電機工程系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D10D6EB" w14:textId="40528828" w:rsidR="00E80FB3" w:rsidRPr="00331A23" w:rsidRDefault="00E80FB3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E80FB3" w:rsidRPr="00331A23" w14:paraId="045CA324" w14:textId="77777777" w:rsidTr="00331A23">
        <w:trPr>
          <w:trHeight w:val="20"/>
        </w:trPr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5E5B7B5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t>18:30~19:40</w:t>
            </w: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br/>
              <w:t>E場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8C56B73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電機工程系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8B80CAB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財務金融系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7CAD98E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農業科技系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C0909D5" w14:textId="77331201" w:rsidR="00E80FB3" w:rsidRPr="00331A23" w:rsidRDefault="00E80FB3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1CB03C7" w14:textId="393E3B33" w:rsidR="00E80FB3" w:rsidRPr="00331A23" w:rsidRDefault="00E80FB3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E80FB3" w:rsidRPr="00331A23" w14:paraId="32DFEDC5" w14:textId="77777777" w:rsidTr="00331A23">
        <w:trPr>
          <w:trHeight w:val="20"/>
        </w:trPr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0EB583E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t>18:30~19:40</w:t>
            </w: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br/>
              <w:t>F場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FA53D42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財務金融系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12BD4D5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工業管理系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990D0A3" w14:textId="7D46A6D2" w:rsidR="00E80FB3" w:rsidRPr="00331A23" w:rsidRDefault="00E80FB3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3A0CE36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資訊管理系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B13D505" w14:textId="2371F71C" w:rsidR="00E80FB3" w:rsidRPr="00331A23" w:rsidRDefault="00E80FB3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E80FB3" w:rsidRPr="00331A23" w14:paraId="72216669" w14:textId="77777777" w:rsidTr="00331A23">
        <w:trPr>
          <w:trHeight w:val="20"/>
        </w:trPr>
        <w:tc>
          <w:tcPr>
            <w:tcW w:w="245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3B166F2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t>19:40~20:50</w:t>
            </w: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br/>
              <w:t>C場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7C73D96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籃球社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1927E02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飛機工程系</w:t>
            </w:r>
          </w:p>
        </w:tc>
        <w:tc>
          <w:tcPr>
            <w:tcW w:w="3969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BF8D663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籃球社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4456EA1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動力機械系</w:t>
            </w:r>
          </w:p>
        </w:tc>
        <w:tc>
          <w:tcPr>
            <w:tcW w:w="3969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6B1E817" w14:textId="6621B002" w:rsidR="00E80FB3" w:rsidRPr="00331A23" w:rsidRDefault="00E80FB3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E80FB3" w:rsidRPr="00331A23" w14:paraId="50694E66" w14:textId="77777777" w:rsidTr="00331A23">
        <w:trPr>
          <w:trHeight w:val="20"/>
        </w:trPr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662C2DC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t>19:40~20:50</w:t>
            </w: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br/>
              <w:t>D場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5DA1704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生物科技系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AB1A48E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光電工程系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C02CCF4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材料科學系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27D7FA9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光電工程系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3975A20" w14:textId="356A1777" w:rsidR="00E80FB3" w:rsidRPr="00331A23" w:rsidRDefault="00E80FB3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E80FB3" w:rsidRPr="00331A23" w14:paraId="44A95779" w14:textId="77777777" w:rsidTr="00E410A1">
        <w:trPr>
          <w:trHeight w:val="20"/>
        </w:trPr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2F1718C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t>19:40~20:50</w:t>
            </w: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br/>
              <w:t>E場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39E078A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機械設計系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0940064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資訊管理系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8DFCC33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飛機工程系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CA9B27F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工業管理系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531702E" w14:textId="421308CC" w:rsidR="00E80FB3" w:rsidRPr="00331A23" w:rsidRDefault="00E80FB3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E80FB3" w:rsidRPr="00331A23" w14:paraId="5197B5A8" w14:textId="77777777" w:rsidTr="00E410A1">
        <w:trPr>
          <w:trHeight w:val="20"/>
        </w:trPr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auto" w:fill="F2F2F2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F8D90BA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t>19:40~20:50</w:t>
            </w:r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</w:rPr>
              <w:br/>
              <w:t>F場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4F60C41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企業管理系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E410DE7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動力機械系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0BF2D29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電子工程系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1345A5B" w14:textId="77777777" w:rsidR="00E80FB3" w:rsidRPr="00331A23" w:rsidRDefault="00000000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</w:rPr>
              <w:t>企業管理系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07B3471" w14:textId="6F454868" w:rsidR="00E80FB3" w:rsidRPr="00331A23" w:rsidRDefault="00E80FB3">
            <w:pPr>
              <w:spacing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331A23" w:rsidRPr="00331A23" w14:paraId="71315A71" w14:textId="77777777" w:rsidTr="00E410A1">
        <w:tc>
          <w:tcPr>
            <w:tcW w:w="22300" w:type="dxa"/>
            <w:gridSpan w:val="8"/>
            <w:tcBorders>
              <w:top w:val="single" w:sz="2" w:space="0" w:color="auto"/>
            </w:tcBorders>
            <w:tcMar>
              <w:top w:w="80" w:type="dxa"/>
              <w:left w:w="30" w:type="dxa"/>
              <w:bottom w:w="0" w:type="dxa"/>
              <w:right w:w="30" w:type="dxa"/>
            </w:tcMar>
          </w:tcPr>
          <w:tbl>
            <w:tblPr>
              <w:tblpPr w:leftFromText="180" w:rightFromText="180" w:vertAnchor="text" w:horzAnchor="page" w:tblpX="16081" w:tblpY="519"/>
              <w:tblOverlap w:val="never"/>
              <w:tblW w:w="60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20"/>
            </w:tblGrid>
            <w:tr w:rsidR="00331A23" w:rsidRPr="00331A23" w14:paraId="7A0E82FC" w14:textId="77777777" w:rsidTr="00E410A1">
              <w:trPr>
                <w:trHeight w:hRule="exact" w:val="484"/>
              </w:trPr>
              <w:tc>
                <w:tcPr>
                  <w:tcW w:w="6039" w:type="dxa"/>
                  <w:gridSpan w:val="2"/>
                  <w:shd w:val="clear" w:color="auto" w:fill="F2F2F2"/>
                  <w:tcMar>
                    <w:top w:w="25" w:type="dxa"/>
                    <w:left w:w="20" w:type="dxa"/>
                    <w:bottom w:w="25" w:type="dxa"/>
                    <w:right w:w="20" w:type="dxa"/>
                  </w:tcMar>
                  <w:vAlign w:val="center"/>
                </w:tcPr>
                <w:p w14:paraId="4B14DA7B" w14:textId="77777777" w:rsidR="00331A23" w:rsidRPr="00331A23" w:rsidRDefault="00331A23" w:rsidP="00331A23">
                  <w:pPr>
                    <w:spacing w:line="240" w:lineRule="auto"/>
                    <w:jc w:val="center"/>
                    <w:rPr>
                      <w:rFonts w:ascii="微軟正黑體" w:eastAsia="微軟正黑體" w:hAnsi="微軟正黑體"/>
                      <w:sz w:val="32"/>
                      <w:szCs w:val="32"/>
                      <w:lang w:eastAsia="zh-TW"/>
                    </w:rPr>
                  </w:pPr>
                  <w:proofErr w:type="gramStart"/>
                  <w:r w:rsidRPr="00331A23">
                    <w:rPr>
                      <w:rFonts w:ascii="微軟正黑體" w:eastAsia="微軟正黑體" w:hAnsi="微軟正黑體"/>
                      <w:b/>
                      <w:sz w:val="32"/>
                      <w:szCs w:val="32"/>
                      <w:lang w:eastAsia="zh-TW"/>
                    </w:rPr>
                    <w:t>游</w:t>
                  </w:r>
                  <w:proofErr w:type="gramEnd"/>
                  <w:r w:rsidRPr="00331A23">
                    <w:rPr>
                      <w:rFonts w:ascii="微軟正黑體" w:eastAsia="微軟正黑體" w:hAnsi="微軟正黑體"/>
                      <w:b/>
                      <w:sz w:val="32"/>
                      <w:szCs w:val="32"/>
                      <w:lang w:eastAsia="zh-TW"/>
                    </w:rPr>
                    <w:t xml:space="preserve">　　</w:t>
                  </w:r>
                  <w:proofErr w:type="gramStart"/>
                  <w:r w:rsidRPr="00331A23">
                    <w:rPr>
                      <w:rFonts w:ascii="微軟正黑體" w:eastAsia="微軟正黑體" w:hAnsi="微軟正黑體"/>
                      <w:b/>
                      <w:sz w:val="32"/>
                      <w:szCs w:val="32"/>
                      <w:lang w:eastAsia="zh-TW"/>
                    </w:rPr>
                    <w:t>泳</w:t>
                  </w:r>
                  <w:proofErr w:type="gramEnd"/>
                  <w:r w:rsidRPr="00331A23">
                    <w:rPr>
                      <w:rFonts w:ascii="微軟正黑體" w:eastAsia="微軟正黑體" w:hAnsi="微軟正黑體"/>
                      <w:b/>
                      <w:sz w:val="32"/>
                      <w:szCs w:val="32"/>
                      <w:lang w:eastAsia="zh-TW"/>
                    </w:rPr>
                    <w:t xml:space="preserve">　　池</w:t>
                  </w:r>
                </w:p>
              </w:tc>
            </w:tr>
            <w:tr w:rsidR="00331A23" w:rsidRPr="00331A23" w14:paraId="41529700" w14:textId="77777777" w:rsidTr="00E410A1">
              <w:trPr>
                <w:trHeight w:hRule="exact" w:val="484"/>
              </w:trPr>
              <w:tc>
                <w:tcPr>
                  <w:tcW w:w="3019" w:type="dxa"/>
                  <w:tcMar>
                    <w:top w:w="25" w:type="dxa"/>
                    <w:left w:w="20" w:type="dxa"/>
                    <w:bottom w:w="25" w:type="dxa"/>
                    <w:right w:w="20" w:type="dxa"/>
                  </w:tcMar>
                  <w:vAlign w:val="center"/>
                </w:tcPr>
                <w:p w14:paraId="19C409BE" w14:textId="77777777" w:rsidR="00331A23" w:rsidRPr="00331A23" w:rsidRDefault="00331A23" w:rsidP="00331A23">
                  <w:pPr>
                    <w:spacing w:line="240" w:lineRule="auto"/>
                    <w:jc w:val="center"/>
                    <w:rPr>
                      <w:rFonts w:ascii="微軟正黑體" w:eastAsia="微軟正黑體" w:hAnsi="微軟正黑體"/>
                      <w:sz w:val="32"/>
                      <w:szCs w:val="32"/>
                      <w:lang w:eastAsia="zh-TW"/>
                    </w:rPr>
                  </w:pPr>
                  <w:r w:rsidRPr="00331A23">
                    <w:rPr>
                      <w:rFonts w:ascii="微軟正黑體" w:eastAsia="微軟正黑體" w:hAnsi="微軟正黑體"/>
                      <w:b/>
                      <w:sz w:val="32"/>
                      <w:szCs w:val="32"/>
                      <w:lang w:eastAsia="zh-TW"/>
                    </w:rPr>
                    <w:t>F場</w:t>
                  </w:r>
                </w:p>
              </w:tc>
              <w:tc>
                <w:tcPr>
                  <w:tcW w:w="3020" w:type="dxa"/>
                  <w:tcMar>
                    <w:top w:w="25" w:type="dxa"/>
                    <w:left w:w="20" w:type="dxa"/>
                    <w:bottom w:w="25" w:type="dxa"/>
                    <w:right w:w="20" w:type="dxa"/>
                  </w:tcMar>
                  <w:vAlign w:val="center"/>
                </w:tcPr>
                <w:p w14:paraId="10B66BCF" w14:textId="77777777" w:rsidR="00331A23" w:rsidRPr="00331A23" w:rsidRDefault="00331A23" w:rsidP="00331A23">
                  <w:pPr>
                    <w:spacing w:line="240" w:lineRule="auto"/>
                    <w:jc w:val="center"/>
                    <w:rPr>
                      <w:rFonts w:ascii="微軟正黑體" w:eastAsia="微軟正黑體" w:hAnsi="微軟正黑體"/>
                      <w:sz w:val="32"/>
                      <w:szCs w:val="32"/>
                      <w:lang w:eastAsia="zh-TW"/>
                    </w:rPr>
                  </w:pPr>
                  <w:r w:rsidRPr="00331A23">
                    <w:rPr>
                      <w:rFonts w:ascii="微軟正黑體" w:eastAsia="微軟正黑體" w:hAnsi="微軟正黑體"/>
                      <w:b/>
                      <w:sz w:val="32"/>
                      <w:szCs w:val="32"/>
                      <w:lang w:eastAsia="zh-TW"/>
                    </w:rPr>
                    <w:t>E場</w:t>
                  </w:r>
                </w:p>
              </w:tc>
            </w:tr>
            <w:tr w:rsidR="00331A23" w:rsidRPr="00331A23" w14:paraId="25318828" w14:textId="77777777" w:rsidTr="00E410A1">
              <w:trPr>
                <w:trHeight w:hRule="exact" w:val="484"/>
              </w:trPr>
              <w:tc>
                <w:tcPr>
                  <w:tcW w:w="3019" w:type="dxa"/>
                  <w:tcMar>
                    <w:top w:w="25" w:type="dxa"/>
                    <w:left w:w="20" w:type="dxa"/>
                    <w:bottom w:w="25" w:type="dxa"/>
                    <w:right w:w="20" w:type="dxa"/>
                  </w:tcMar>
                  <w:vAlign w:val="center"/>
                </w:tcPr>
                <w:p w14:paraId="1877BAB0" w14:textId="77777777" w:rsidR="00331A23" w:rsidRPr="00331A23" w:rsidRDefault="00331A23" w:rsidP="00331A23">
                  <w:pPr>
                    <w:spacing w:line="240" w:lineRule="auto"/>
                    <w:jc w:val="center"/>
                    <w:rPr>
                      <w:rFonts w:ascii="微軟正黑體" w:eastAsia="微軟正黑體" w:hAnsi="微軟正黑體"/>
                      <w:sz w:val="32"/>
                      <w:szCs w:val="32"/>
                      <w:lang w:eastAsia="zh-TW"/>
                    </w:rPr>
                  </w:pPr>
                  <w:r w:rsidRPr="00331A23">
                    <w:rPr>
                      <w:rFonts w:ascii="微軟正黑體" w:eastAsia="微軟正黑體" w:hAnsi="微軟正黑體"/>
                      <w:b/>
                      <w:sz w:val="32"/>
                      <w:szCs w:val="32"/>
                      <w:lang w:eastAsia="zh-TW"/>
                    </w:rPr>
                    <w:t>D場</w:t>
                  </w:r>
                </w:p>
              </w:tc>
              <w:tc>
                <w:tcPr>
                  <w:tcW w:w="3020" w:type="dxa"/>
                  <w:tcMar>
                    <w:top w:w="25" w:type="dxa"/>
                    <w:left w:w="20" w:type="dxa"/>
                    <w:bottom w:w="25" w:type="dxa"/>
                    <w:right w:w="20" w:type="dxa"/>
                  </w:tcMar>
                  <w:vAlign w:val="center"/>
                </w:tcPr>
                <w:p w14:paraId="4441A3B1" w14:textId="77777777" w:rsidR="00331A23" w:rsidRPr="00331A23" w:rsidRDefault="00331A23" w:rsidP="00331A23">
                  <w:pPr>
                    <w:spacing w:line="240" w:lineRule="auto"/>
                    <w:jc w:val="center"/>
                    <w:rPr>
                      <w:rFonts w:ascii="微軟正黑體" w:eastAsia="微軟正黑體" w:hAnsi="微軟正黑體"/>
                      <w:sz w:val="32"/>
                      <w:szCs w:val="32"/>
                      <w:lang w:eastAsia="zh-TW"/>
                    </w:rPr>
                  </w:pPr>
                  <w:r w:rsidRPr="00331A23">
                    <w:rPr>
                      <w:rFonts w:ascii="微軟正黑體" w:eastAsia="微軟正黑體" w:hAnsi="微軟正黑體"/>
                      <w:b/>
                      <w:sz w:val="32"/>
                      <w:szCs w:val="32"/>
                      <w:lang w:eastAsia="zh-TW"/>
                    </w:rPr>
                    <w:t>C場</w:t>
                  </w:r>
                </w:p>
              </w:tc>
            </w:tr>
          </w:tbl>
          <w:p w14:paraId="77EC15C4" w14:textId="77777777" w:rsidR="00331A23" w:rsidRPr="00331A23" w:rsidRDefault="00331A23">
            <w:pPr>
              <w:spacing w:after="20"/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</w:pPr>
            <w:proofErr w:type="gramStart"/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  <w:lang w:eastAsia="zh-TW"/>
              </w:rPr>
              <w:t>註</w:t>
            </w:r>
            <w:proofErr w:type="gramEnd"/>
            <w:r w:rsidRPr="00331A23">
              <w:rPr>
                <w:rFonts w:ascii="微軟正黑體" w:eastAsia="微軟正黑體" w:hAnsi="微軟正黑體"/>
                <w:b/>
                <w:sz w:val="32"/>
                <w:szCs w:val="32"/>
                <w:lang w:eastAsia="zh-TW"/>
              </w:rPr>
              <w:t>：</w:t>
            </w:r>
          </w:p>
          <w:p w14:paraId="370C04D4" w14:textId="77777777" w:rsidR="00331A23" w:rsidRPr="00331A23" w:rsidRDefault="00331A23">
            <w:pPr>
              <w:spacing w:line="240" w:lineRule="auto"/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  <w:t>一、使用後請帶走垃圾，共同維護場地整潔。</w:t>
            </w:r>
          </w:p>
          <w:p w14:paraId="68D93E21" w14:textId="78412B9D" w:rsidR="00331A23" w:rsidRPr="00331A23" w:rsidRDefault="00331A23" w:rsidP="00331A23">
            <w:pPr>
              <w:spacing w:line="240" w:lineRule="auto"/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  <w:t>二、9/25（中秋節）、9/28（教師節）、10/9（國慶日補假）、10/26（光復節補假）為假日，不</w:t>
            </w:r>
            <w:proofErr w:type="gramStart"/>
            <w:r w:rsidRPr="00331A23"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  <w:t>列入系隊練習</w:t>
            </w:r>
            <w:proofErr w:type="gramEnd"/>
            <w:r w:rsidRPr="00331A23"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  <w:t>時段。</w:t>
            </w:r>
          </w:p>
        </w:tc>
      </w:tr>
    </w:tbl>
    <w:p w14:paraId="0D6794D2" w14:textId="77777777" w:rsidR="00F66D6D" w:rsidRPr="00331A23" w:rsidRDefault="00F66D6D" w:rsidP="00331A23">
      <w:pPr>
        <w:rPr>
          <w:rFonts w:ascii="微軟正黑體" w:eastAsia="微軟正黑體" w:hAnsi="微軟正黑體"/>
          <w:lang w:eastAsia="zh-TW"/>
        </w:rPr>
      </w:pPr>
    </w:p>
    <w:sectPr w:rsidR="00F66D6D" w:rsidRPr="00331A23" w:rsidSect="00331A23">
      <w:pgSz w:w="23811" w:h="16838" w:orient="landscape" w:code="8"/>
      <w:pgMar w:top="426" w:right="720" w:bottom="720" w:left="720" w:header="113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5E34D" w14:textId="77777777" w:rsidR="001F5804" w:rsidRDefault="001F5804" w:rsidP="001F04E8">
      <w:pPr>
        <w:spacing w:line="240" w:lineRule="auto"/>
      </w:pPr>
      <w:r>
        <w:separator/>
      </w:r>
    </w:p>
  </w:endnote>
  <w:endnote w:type="continuationSeparator" w:id="0">
    <w:p w14:paraId="696A6B3D" w14:textId="77777777" w:rsidR="001F5804" w:rsidRDefault="001F5804" w:rsidP="001F04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CJK T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2DCBB" w14:textId="77777777" w:rsidR="001F5804" w:rsidRDefault="001F5804" w:rsidP="001F04E8">
      <w:pPr>
        <w:spacing w:line="240" w:lineRule="auto"/>
      </w:pPr>
      <w:r>
        <w:separator/>
      </w:r>
    </w:p>
  </w:footnote>
  <w:footnote w:type="continuationSeparator" w:id="0">
    <w:p w14:paraId="529695CE" w14:textId="77777777" w:rsidR="001F5804" w:rsidRDefault="001F5804" w:rsidP="001F04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1717392">
    <w:abstractNumId w:val="8"/>
  </w:num>
  <w:num w:numId="2" w16cid:durableId="1819571096">
    <w:abstractNumId w:val="6"/>
  </w:num>
  <w:num w:numId="3" w16cid:durableId="462113452">
    <w:abstractNumId w:val="5"/>
  </w:num>
  <w:num w:numId="4" w16cid:durableId="1610089219">
    <w:abstractNumId w:val="4"/>
  </w:num>
  <w:num w:numId="5" w16cid:durableId="1367557946">
    <w:abstractNumId w:val="7"/>
  </w:num>
  <w:num w:numId="6" w16cid:durableId="1295481007">
    <w:abstractNumId w:val="3"/>
  </w:num>
  <w:num w:numId="7" w16cid:durableId="149445082">
    <w:abstractNumId w:val="2"/>
  </w:num>
  <w:num w:numId="8" w16cid:durableId="377894577">
    <w:abstractNumId w:val="1"/>
  </w:num>
  <w:num w:numId="9" w16cid:durableId="601911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56C0"/>
    <w:rsid w:val="001F04E8"/>
    <w:rsid w:val="001F5804"/>
    <w:rsid w:val="0029639D"/>
    <w:rsid w:val="00302CF3"/>
    <w:rsid w:val="00326F90"/>
    <w:rsid w:val="00331A23"/>
    <w:rsid w:val="00AA1D8D"/>
    <w:rsid w:val="00B47730"/>
    <w:rsid w:val="00C356DE"/>
    <w:rsid w:val="00CB0664"/>
    <w:rsid w:val="00E410A1"/>
    <w:rsid w:val="00E80FB3"/>
    <w:rsid w:val="00F66D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8B921A"/>
  <w14:defaultImageDpi w14:val="300"/>
  <w15:docId w15:val="{ACA89931-D679-4499-AB05-B83D5C8F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</w:pPr>
    <w:rPr>
      <w:rFonts w:ascii="Noto Sans CJK TC" w:eastAsia="Noto Sans CJK TC" w:hAnsi="Noto Sans CJK TC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2026-09-10T06:06:00Z</dcterms:created>
  <dcterms:modified xsi:type="dcterms:W3CDTF">2026-09-10T07:19:00Z</dcterms:modified>
  <cp:category/>
</cp:coreProperties>
</file>