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6193" w:type="dxa"/>
        <w:tblLayout w:type="fixed"/>
        <w:tblLook w:val="04A0" w:firstRow="1" w:lastRow="0" w:firstColumn="1" w:lastColumn="0" w:noHBand="0" w:noVBand="1"/>
      </w:tblPr>
      <w:tblGrid>
        <w:gridCol w:w="9247"/>
        <w:gridCol w:w="6946"/>
      </w:tblGrid>
      <w:tr w:rsidR="00AB0EA1" w:rsidRPr="00C16C86" w14:paraId="3819FA00" w14:textId="77777777" w:rsidTr="00C16C86">
        <w:tc>
          <w:tcPr>
            <w:tcW w:w="92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2A3658" w14:textId="2D707CBF" w:rsidR="00AB0EA1" w:rsidRPr="00C16C86" w:rsidRDefault="00000000">
            <w:pPr>
              <w:keepLines/>
              <w:spacing w:after="40"/>
              <w:rPr>
                <w:rFonts w:ascii="微軟正黑體" w:eastAsia="微軟正黑體" w:hAnsi="微軟正黑體"/>
                <w:sz w:val="44"/>
                <w:szCs w:val="44"/>
                <w:lang w:eastAsia="zh-TW"/>
              </w:rPr>
            </w:pPr>
            <w:r w:rsidRPr="00C16C86">
              <w:rPr>
                <w:rFonts w:ascii="微軟正黑體" w:eastAsia="微軟正黑體" w:hAnsi="微軟正黑體"/>
                <w:b/>
                <w:sz w:val="44"/>
                <w:szCs w:val="44"/>
                <w:lang w:eastAsia="zh-TW"/>
              </w:rPr>
              <w:t>115 年 1</w:t>
            </w:r>
            <w:r w:rsidR="00196D5C">
              <w:rPr>
                <w:rFonts w:ascii="微軟正黑體" w:eastAsia="微軟正黑體" w:hAnsi="微軟正黑體" w:hint="eastAsia"/>
                <w:b/>
                <w:sz w:val="44"/>
                <w:szCs w:val="44"/>
                <w:lang w:eastAsia="zh-TW"/>
              </w:rPr>
              <w:t>1</w:t>
            </w:r>
            <w:r w:rsidRPr="00C16C86">
              <w:rPr>
                <w:rFonts w:ascii="微軟正黑體" w:eastAsia="微軟正黑體" w:hAnsi="微軟正黑體"/>
                <w:b/>
                <w:sz w:val="44"/>
                <w:szCs w:val="44"/>
                <w:lang w:eastAsia="zh-TW"/>
              </w:rPr>
              <w:t xml:space="preserve"> 月戶外排球</w:t>
            </w:r>
            <w:proofErr w:type="gramStart"/>
            <w:r w:rsidRPr="00C16C86">
              <w:rPr>
                <w:rFonts w:ascii="微軟正黑體" w:eastAsia="微軟正黑體" w:hAnsi="微軟正黑體"/>
                <w:b/>
                <w:sz w:val="44"/>
                <w:szCs w:val="44"/>
                <w:lang w:eastAsia="zh-TW"/>
              </w:rPr>
              <w:t>場地系隊練習</w:t>
            </w:r>
            <w:proofErr w:type="gramEnd"/>
            <w:r w:rsidRPr="00C16C86">
              <w:rPr>
                <w:rFonts w:ascii="微軟正黑體" w:eastAsia="微軟正黑體" w:hAnsi="微軟正黑體"/>
                <w:b/>
                <w:sz w:val="44"/>
                <w:szCs w:val="44"/>
                <w:lang w:eastAsia="zh-TW"/>
              </w:rPr>
              <w:t>時間表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3874A" w14:textId="0966AB90" w:rsidR="00AB0EA1" w:rsidRPr="00C16C86" w:rsidRDefault="00000000" w:rsidP="00C16C86">
            <w:pPr>
              <w:keepLines/>
              <w:spacing w:after="40"/>
              <w:ind w:leftChars="333" w:left="666" w:right="40" w:firstLine="2"/>
              <w:jc w:val="right"/>
              <w:rPr>
                <w:rFonts w:ascii="微軟正黑體" w:eastAsia="微軟正黑體" w:hAnsi="微軟正黑體"/>
                <w:sz w:val="44"/>
                <w:szCs w:val="44"/>
                <w:lang w:eastAsia="zh-TW"/>
              </w:rPr>
            </w:pPr>
            <w:proofErr w:type="gramStart"/>
            <w:r w:rsidRPr="00C16C86">
              <w:rPr>
                <w:rFonts w:ascii="微軟正黑體" w:eastAsia="微軟正黑體" w:hAnsi="微軟正黑體"/>
                <w:b/>
                <w:sz w:val="44"/>
                <w:szCs w:val="44"/>
                <w:lang w:eastAsia="zh-TW"/>
              </w:rPr>
              <w:t>夜課優先</w:t>
            </w:r>
            <w:proofErr w:type="gramEnd"/>
            <w:r w:rsidRPr="00C16C86">
              <w:rPr>
                <w:rFonts w:ascii="微軟正黑體" w:eastAsia="微軟正黑體" w:hAnsi="微軟正黑體"/>
                <w:b/>
                <w:sz w:val="44"/>
                <w:szCs w:val="44"/>
                <w:lang w:eastAsia="zh-TW"/>
              </w:rPr>
              <w:t xml:space="preserve">使用，請於上課前離場 </w:t>
            </w:r>
          </w:p>
        </w:tc>
      </w:tr>
    </w:tbl>
    <w:p w14:paraId="57989CDA" w14:textId="77777777" w:rsidR="00AB0EA1" w:rsidRPr="00C16C86" w:rsidRDefault="00AB0EA1">
      <w:pPr>
        <w:spacing w:after="0" w:line="48" w:lineRule="auto"/>
        <w:rPr>
          <w:rFonts w:ascii="微軟正黑體" w:eastAsia="微軟正黑體" w:hAnsi="微軟正黑體"/>
          <w:lang w:eastAsia="zh-TW"/>
        </w:rPr>
      </w:pPr>
    </w:p>
    <w:tbl>
      <w:tblPr>
        <w:tblW w:w="22397" w:type="dxa"/>
        <w:jc w:val="center"/>
        <w:tblLayout w:type="fixed"/>
        <w:tblLook w:val="04A0" w:firstRow="1" w:lastRow="0" w:firstColumn="1" w:lastColumn="0" w:noHBand="0" w:noVBand="1"/>
      </w:tblPr>
      <w:tblGrid>
        <w:gridCol w:w="2536"/>
        <w:gridCol w:w="3972"/>
        <w:gridCol w:w="3972"/>
        <w:gridCol w:w="3972"/>
        <w:gridCol w:w="3972"/>
        <w:gridCol w:w="3973"/>
      </w:tblGrid>
      <w:tr w:rsidR="00AB0EA1" w:rsidRPr="00C16C86" w14:paraId="4B07D02F" w14:textId="77777777" w:rsidTr="00196D5C">
        <w:trPr>
          <w:trHeight w:val="20"/>
          <w:tblHeader/>
          <w:jc w:val="center"/>
        </w:trPr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C642A5" w14:textId="77777777" w:rsidR="00AB0EA1" w:rsidRPr="00C16C86" w:rsidRDefault="00000000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時間／球場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F7798E" w14:textId="77777777" w:rsidR="00AB0EA1" w:rsidRPr="00C16C86" w:rsidRDefault="00000000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星期一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FEE63E" w14:textId="77777777" w:rsidR="00AB0EA1" w:rsidRPr="00C16C86" w:rsidRDefault="00000000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星期二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1D3D86C" w14:textId="77777777" w:rsidR="00AB0EA1" w:rsidRPr="00C16C86" w:rsidRDefault="00000000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星期三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22A9D5" w14:textId="77777777" w:rsidR="00AB0EA1" w:rsidRPr="00C16C86" w:rsidRDefault="00000000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星期四</w:t>
            </w:r>
            <w:proofErr w:type="spellEnd"/>
          </w:p>
        </w:tc>
        <w:tc>
          <w:tcPr>
            <w:tcW w:w="3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EBF7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7DA414C" w14:textId="77777777" w:rsidR="00AB0EA1" w:rsidRPr="00C16C86" w:rsidRDefault="00000000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星期五</w:t>
            </w:r>
            <w:proofErr w:type="spellEnd"/>
          </w:p>
        </w:tc>
      </w:tr>
      <w:tr w:rsidR="00196D5C" w:rsidRPr="00C16C86" w14:paraId="671B0B5F" w14:textId="77777777" w:rsidTr="00196D5C">
        <w:trPr>
          <w:trHeight w:val="20"/>
          <w:jc w:val="center"/>
        </w:trPr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F2F5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5CA712C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適用日期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644D25" w14:textId="24F8F709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11</w:t>
            </w:r>
            <w:r w:rsidRPr="00331A23">
              <w:rPr>
                <w:rFonts w:ascii="微軟正黑體" w:eastAsia="微軟正黑體" w:hAnsi="微軟正黑體"/>
                <w:sz w:val="32"/>
                <w:szCs w:val="32"/>
              </w:rPr>
              <w:t>/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2、11/9、11/16、11/23、11/30</w:t>
            </w:r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F06C12" w14:textId="241A3979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11</w:t>
            </w:r>
            <w:r w:rsidRPr="00331A23">
              <w:rPr>
                <w:rFonts w:ascii="微軟正黑體" w:eastAsia="微軟正黑體" w:hAnsi="微軟正黑體"/>
                <w:sz w:val="32"/>
                <w:szCs w:val="32"/>
              </w:rPr>
              <w:t>/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3、11/10、11/17、11/24</w:t>
            </w:r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E6EAA08" w14:textId="49745E21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11</w:t>
            </w:r>
            <w:r w:rsidRPr="00331A23">
              <w:rPr>
                <w:rFonts w:ascii="微軟正黑體" w:eastAsia="微軟正黑體" w:hAnsi="微軟正黑體"/>
                <w:sz w:val="32"/>
                <w:szCs w:val="32"/>
              </w:rPr>
              <w:t>/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4、11/11、11/18、11/25</w:t>
            </w:r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7DD74A" w14:textId="4A21FF5D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11</w:t>
            </w:r>
            <w:r w:rsidRPr="00331A23">
              <w:rPr>
                <w:rFonts w:ascii="微軟正黑體" w:eastAsia="微軟正黑體" w:hAnsi="微軟正黑體"/>
                <w:sz w:val="32"/>
                <w:szCs w:val="32"/>
              </w:rPr>
              <w:t>/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5、11/12、11/19、11/26</w:t>
            </w:r>
          </w:p>
        </w:tc>
        <w:tc>
          <w:tcPr>
            <w:tcW w:w="3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7F9FB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4B8F851" w14:textId="7C878958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11</w:t>
            </w:r>
            <w:r w:rsidRPr="00331A23">
              <w:rPr>
                <w:rFonts w:ascii="微軟正黑體" w:eastAsia="微軟正黑體" w:hAnsi="微軟正黑體"/>
                <w:sz w:val="32"/>
                <w:szCs w:val="32"/>
              </w:rPr>
              <w:t>/</w:t>
            </w:r>
            <w:r>
              <w:rPr>
                <w:rFonts w:ascii="微軟正黑體" w:eastAsia="微軟正黑體" w:hAnsi="微軟正黑體" w:hint="eastAsia"/>
                <w:sz w:val="32"/>
                <w:szCs w:val="32"/>
                <w:lang w:eastAsia="zh-TW"/>
              </w:rPr>
              <w:t>6、11/13、11/20、11/27</w:t>
            </w:r>
          </w:p>
        </w:tc>
      </w:tr>
      <w:tr w:rsidR="00196D5C" w:rsidRPr="00C16C86" w14:paraId="7CA97DDF" w14:textId="77777777" w:rsidTr="00196D5C">
        <w:trPr>
          <w:trHeight w:val="20"/>
          <w:jc w:val="center"/>
        </w:trPr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903473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18:30~19:45</w:t>
            </w: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</w: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A場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38D9B3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排球社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6046B2B" w14:textId="05E423BF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電子工程系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28FFA81" w14:textId="488F3B39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電機工程系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8A154F" w14:textId="58876D44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動力機械系</w:t>
            </w:r>
            <w:proofErr w:type="spellEnd"/>
          </w:p>
        </w:tc>
        <w:tc>
          <w:tcPr>
            <w:tcW w:w="3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46047A7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課程</w:t>
            </w:r>
            <w:proofErr w:type="spellEnd"/>
          </w:p>
        </w:tc>
      </w:tr>
      <w:tr w:rsidR="00196D5C" w:rsidRPr="00C16C86" w14:paraId="292AABB3" w14:textId="77777777" w:rsidTr="00196D5C">
        <w:trPr>
          <w:trHeight w:val="20"/>
          <w:jc w:val="center"/>
        </w:trPr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D4EDAA9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18:30~19:45</w:t>
            </w: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</w: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B場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27489B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排球社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193986" w14:textId="30E364FC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機電輔系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5C0B401" w14:textId="5E979B3B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應用外語系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C65A9D" w14:textId="04655032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生物科技系</w:t>
            </w:r>
            <w:proofErr w:type="spellEnd"/>
          </w:p>
        </w:tc>
        <w:tc>
          <w:tcPr>
            <w:tcW w:w="3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8F011E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課程</w:t>
            </w:r>
            <w:proofErr w:type="spellEnd"/>
          </w:p>
        </w:tc>
      </w:tr>
      <w:tr w:rsidR="00196D5C" w:rsidRPr="00C16C86" w14:paraId="30184F1B" w14:textId="77777777" w:rsidTr="00196D5C">
        <w:trPr>
          <w:trHeight w:val="20"/>
          <w:jc w:val="center"/>
        </w:trPr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509B6A9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18:30~19:45</w:t>
            </w: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</w: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C場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0B159EB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排球社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ED3751E" w14:textId="622EAD4C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企業管理系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40FD8E" w14:textId="2EB764A7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車輛工程系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54BFB96" w14:textId="449580AD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資訊管理系</w:t>
            </w:r>
            <w:proofErr w:type="spellEnd"/>
          </w:p>
        </w:tc>
        <w:tc>
          <w:tcPr>
            <w:tcW w:w="3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FFA2DF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課程</w:t>
            </w:r>
            <w:proofErr w:type="spellEnd"/>
          </w:p>
        </w:tc>
      </w:tr>
      <w:tr w:rsidR="00196D5C" w:rsidRPr="00C16C86" w14:paraId="62F3C96C" w14:textId="77777777" w:rsidTr="00196D5C">
        <w:trPr>
          <w:trHeight w:val="20"/>
          <w:jc w:val="center"/>
        </w:trPr>
        <w:tc>
          <w:tcPr>
            <w:tcW w:w="2536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9F8FA8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19:45~20:45</w:t>
            </w: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</w: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A場</w:t>
            </w:r>
            <w:proofErr w:type="spellEnd"/>
          </w:p>
        </w:tc>
        <w:tc>
          <w:tcPr>
            <w:tcW w:w="397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756F980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排球社</w:t>
            </w:r>
            <w:proofErr w:type="spellEnd"/>
          </w:p>
        </w:tc>
        <w:tc>
          <w:tcPr>
            <w:tcW w:w="397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AE5254" w14:textId="730C9966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飛機工程系</w:t>
            </w:r>
            <w:proofErr w:type="spellEnd"/>
          </w:p>
        </w:tc>
        <w:tc>
          <w:tcPr>
            <w:tcW w:w="397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994E84" w14:textId="6F1526D8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材料科學系</w:t>
            </w:r>
            <w:proofErr w:type="spellEnd"/>
          </w:p>
        </w:tc>
        <w:tc>
          <w:tcPr>
            <w:tcW w:w="3972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465C3F2" w14:textId="61D79B57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光電工程系</w:t>
            </w:r>
            <w:proofErr w:type="spellEnd"/>
          </w:p>
        </w:tc>
        <w:tc>
          <w:tcPr>
            <w:tcW w:w="3973" w:type="dxa"/>
            <w:tcBorders>
              <w:top w:val="single" w:sz="16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1AD1EA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課程</w:t>
            </w:r>
            <w:proofErr w:type="spellEnd"/>
          </w:p>
        </w:tc>
      </w:tr>
      <w:tr w:rsidR="00196D5C" w:rsidRPr="00C16C86" w14:paraId="0F90300F" w14:textId="77777777" w:rsidTr="00196D5C">
        <w:trPr>
          <w:trHeight w:val="20"/>
          <w:jc w:val="center"/>
        </w:trPr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831A66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19:45~20:45</w:t>
            </w: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</w: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B場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989B43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排球社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E893BDF" w14:textId="73058D85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機電輔系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1CAAE62" w14:textId="71B26F96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自動化系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90AD4F" w14:textId="09AF3FF8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機械設計系</w:t>
            </w:r>
            <w:proofErr w:type="spellEnd"/>
          </w:p>
        </w:tc>
        <w:tc>
          <w:tcPr>
            <w:tcW w:w="3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4558304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課程</w:t>
            </w:r>
            <w:proofErr w:type="spellEnd"/>
          </w:p>
        </w:tc>
      </w:tr>
      <w:tr w:rsidR="00196D5C" w:rsidRPr="00C16C86" w14:paraId="7E5F5BF4" w14:textId="77777777" w:rsidTr="00196D5C">
        <w:trPr>
          <w:trHeight w:val="20"/>
          <w:jc w:val="center"/>
        </w:trPr>
        <w:tc>
          <w:tcPr>
            <w:tcW w:w="2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906FD0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19:45~20:45</w:t>
            </w:r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br/>
            </w:r>
            <w:proofErr w:type="spell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</w:rPr>
              <w:t>C場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1E5987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排球社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5D5727" w14:textId="60041464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農業科技系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FE5351B" w14:textId="6A21FBD0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休閒遊憩系</w:t>
            </w:r>
            <w:proofErr w:type="spellEnd"/>
          </w:p>
        </w:tc>
        <w:tc>
          <w:tcPr>
            <w:tcW w:w="3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73320A8" w14:textId="37950E63" w:rsidR="00196D5C" w:rsidRPr="00196D5C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196D5C">
              <w:rPr>
                <w:rFonts w:ascii="微軟正黑體" w:eastAsia="微軟正黑體" w:hAnsi="微軟正黑體" w:cs="新細明體" w:hint="eastAsia"/>
                <w:sz w:val="32"/>
                <w:szCs w:val="32"/>
              </w:rPr>
              <w:t>飛機工程系</w:t>
            </w:r>
            <w:proofErr w:type="spellEnd"/>
          </w:p>
        </w:tc>
        <w:tc>
          <w:tcPr>
            <w:tcW w:w="3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788A52" w14:textId="77777777" w:rsidR="00196D5C" w:rsidRPr="00C16C86" w:rsidRDefault="00196D5C" w:rsidP="00196D5C">
            <w:pPr>
              <w:keepLines/>
              <w:spacing w:after="0" w:line="240" w:lineRule="auto"/>
              <w:jc w:val="center"/>
              <w:rPr>
                <w:rFonts w:ascii="微軟正黑體" w:eastAsia="微軟正黑體" w:hAnsi="微軟正黑體"/>
                <w:sz w:val="32"/>
                <w:szCs w:val="32"/>
              </w:rPr>
            </w:pPr>
            <w:proofErr w:type="spellStart"/>
            <w:r w:rsidRPr="00C16C86">
              <w:rPr>
                <w:rFonts w:ascii="微軟正黑體" w:eastAsia="微軟正黑體" w:hAnsi="微軟正黑體"/>
                <w:sz w:val="32"/>
                <w:szCs w:val="32"/>
              </w:rPr>
              <w:t>課程</w:t>
            </w:r>
            <w:proofErr w:type="spellEnd"/>
          </w:p>
        </w:tc>
      </w:tr>
    </w:tbl>
    <w:p w14:paraId="2B579CB3" w14:textId="77777777" w:rsidR="00AB0EA1" w:rsidRPr="00C16C86" w:rsidRDefault="00AB0EA1">
      <w:pPr>
        <w:spacing w:after="0" w:line="36" w:lineRule="auto"/>
        <w:rPr>
          <w:rFonts w:ascii="微軟正黑體" w:eastAsia="微軟正黑體" w:hAnsi="微軟正黑體"/>
          <w:sz w:val="32"/>
          <w:szCs w:val="32"/>
        </w:rPr>
      </w:pPr>
    </w:p>
    <w:tbl>
      <w:tblPr>
        <w:tblW w:w="22397" w:type="dxa"/>
        <w:tblLayout w:type="fixed"/>
        <w:tblLook w:val="04A0" w:firstRow="1" w:lastRow="0" w:firstColumn="1" w:lastColumn="0" w:noHBand="0" w:noVBand="1"/>
      </w:tblPr>
      <w:tblGrid>
        <w:gridCol w:w="16145"/>
        <w:gridCol w:w="6252"/>
      </w:tblGrid>
      <w:tr w:rsidR="00AB0EA1" w:rsidRPr="00C16C86" w14:paraId="389657B7" w14:textId="77777777" w:rsidTr="008678D4">
        <w:trPr>
          <w:trHeight w:val="2191"/>
        </w:trPr>
        <w:tc>
          <w:tcPr>
            <w:tcW w:w="1614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2338A5" w14:textId="77777777" w:rsidR="00AB0EA1" w:rsidRPr="00C16C86" w:rsidRDefault="00000000">
            <w:pPr>
              <w:keepLines/>
              <w:spacing w:after="20"/>
              <w:rPr>
                <w:rFonts w:ascii="微軟正黑體" w:eastAsia="微軟正黑體" w:hAnsi="微軟正黑體"/>
                <w:sz w:val="32"/>
                <w:szCs w:val="32"/>
                <w:lang w:eastAsia="zh-TW"/>
              </w:rPr>
            </w:pPr>
            <w:proofErr w:type="gramStart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  <w:lang w:eastAsia="zh-TW"/>
              </w:rPr>
              <w:t>註</w:t>
            </w:r>
            <w:proofErr w:type="gramEnd"/>
            <w:r w:rsidRPr="00C16C86">
              <w:rPr>
                <w:rFonts w:ascii="微軟正黑體" w:eastAsia="微軟正黑體" w:hAnsi="微軟正黑體"/>
                <w:b/>
                <w:sz w:val="32"/>
                <w:szCs w:val="32"/>
                <w:lang w:eastAsia="zh-TW"/>
              </w:rPr>
              <w:t>：</w:t>
            </w:r>
          </w:p>
          <w:p w14:paraId="714105ED" w14:textId="19A578B5" w:rsidR="00AB0EA1" w:rsidRDefault="00000000" w:rsidP="00125FA3">
            <w:pPr>
              <w:pStyle w:val="ae"/>
              <w:keepLines/>
              <w:numPr>
                <w:ilvl w:val="0"/>
                <w:numId w:val="10"/>
              </w:numPr>
              <w:spacing w:after="20"/>
              <w:rPr>
                <w:rFonts w:ascii="微軟正黑體" w:eastAsia="微軟正黑體" w:hAnsi="微軟正黑體"/>
                <w:sz w:val="32"/>
                <w:szCs w:val="32"/>
                <w:lang w:eastAsia="zh-TW"/>
              </w:rPr>
            </w:pPr>
            <w:r w:rsidRPr="00125FA3">
              <w:rPr>
                <w:rFonts w:ascii="微軟正黑體" w:eastAsia="微軟正黑體" w:hAnsi="微軟正黑體"/>
                <w:sz w:val="32"/>
                <w:szCs w:val="32"/>
                <w:lang w:eastAsia="zh-TW"/>
              </w:rPr>
              <w:t>使用後請帶走垃圾，共同維護場地整潔。</w:t>
            </w:r>
          </w:p>
          <w:p w14:paraId="668D5C31" w14:textId="3D7DD463" w:rsidR="00AB0EA1" w:rsidRPr="00C16C86" w:rsidRDefault="00000000" w:rsidP="008678D4">
            <w:pPr>
              <w:pStyle w:val="ae"/>
              <w:keepLines/>
              <w:numPr>
                <w:ilvl w:val="0"/>
                <w:numId w:val="10"/>
              </w:numPr>
              <w:spacing w:after="20"/>
              <w:ind w:rightChars="202" w:right="404"/>
              <w:rPr>
                <w:rFonts w:ascii="微軟正黑體" w:eastAsia="微軟正黑體" w:hAnsi="微軟正黑體"/>
                <w:sz w:val="32"/>
                <w:szCs w:val="32"/>
                <w:lang w:eastAsia="zh-TW"/>
              </w:rPr>
            </w:pPr>
            <w:r w:rsidRPr="00C16C86">
              <w:rPr>
                <w:rFonts w:ascii="微軟正黑體" w:eastAsia="微軟正黑體" w:hAnsi="微軟正黑體"/>
                <w:sz w:val="32"/>
                <w:szCs w:val="32"/>
                <w:lang w:eastAsia="zh-TW"/>
              </w:rPr>
              <w:t>C場為女生用網高度（女生網）。</w:t>
            </w:r>
          </w:p>
        </w:tc>
        <w:tc>
          <w:tcPr>
            <w:tcW w:w="6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7C02FD" w14:textId="77777777" w:rsidR="008678D4" w:rsidRDefault="008678D4">
            <w:pPr>
              <w:rPr>
                <w:lang w:eastAsia="zh-TW"/>
              </w:rPr>
            </w:pPr>
          </w:p>
          <w:tbl>
            <w:tblPr>
              <w:tblpPr w:leftFromText="180" w:rightFromText="180" w:vertAnchor="page" w:horzAnchor="margin" w:tblpXSpec="center" w:tblpY="271"/>
              <w:tblOverlap w:val="never"/>
              <w:tblW w:w="5529" w:type="dxa"/>
              <w:tblLayout w:type="fixed"/>
              <w:tblLook w:val="04A0" w:firstRow="1" w:lastRow="0" w:firstColumn="1" w:lastColumn="0" w:noHBand="0" w:noVBand="1"/>
            </w:tblPr>
            <w:tblGrid>
              <w:gridCol w:w="1843"/>
              <w:gridCol w:w="1843"/>
              <w:gridCol w:w="1843"/>
            </w:tblGrid>
            <w:tr w:rsidR="008678D4" w:rsidRPr="00C16C86" w14:paraId="56760C3F" w14:textId="77777777" w:rsidTr="008678D4">
              <w:trPr>
                <w:trHeight w:hRule="exact" w:val="1296"/>
              </w:trPr>
              <w:tc>
                <w:tcPr>
                  <w:tcW w:w="5529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5" w:type="dxa"/>
                    <w:left w:w="20" w:type="dxa"/>
                    <w:bottom w:w="25" w:type="dxa"/>
                    <w:right w:w="20" w:type="dxa"/>
                  </w:tcMar>
                  <w:vAlign w:val="center"/>
                </w:tcPr>
                <w:p w14:paraId="1881DD70" w14:textId="77777777" w:rsidR="008678D4" w:rsidRDefault="008678D4" w:rsidP="008678D4">
                  <w:pPr>
                    <w:spacing w:after="0" w:line="240" w:lineRule="auto"/>
                    <w:jc w:val="center"/>
                    <w:rPr>
                      <w:rFonts w:ascii="微軟正黑體" w:eastAsia="微軟正黑體" w:hAnsi="微軟正黑體"/>
                      <w:b/>
                      <w:sz w:val="32"/>
                      <w:szCs w:val="32"/>
                      <w:lang w:eastAsia="zh-TW"/>
                    </w:rPr>
                  </w:pPr>
                  <w:proofErr w:type="spellStart"/>
                  <w:r w:rsidRPr="00C16C86">
                    <w:rPr>
                      <w:rFonts w:ascii="微軟正黑體" w:eastAsia="微軟正黑體" w:hAnsi="微軟正黑體"/>
                      <w:b/>
                      <w:sz w:val="32"/>
                      <w:szCs w:val="32"/>
                    </w:rPr>
                    <w:t>場地位置</w:t>
                  </w:r>
                  <w:proofErr w:type="spellEnd"/>
                </w:p>
                <w:p w14:paraId="4918C623" w14:textId="77777777" w:rsidR="008678D4" w:rsidRPr="00C16C86" w:rsidRDefault="008678D4" w:rsidP="008678D4">
                  <w:pPr>
                    <w:spacing w:after="0" w:line="240" w:lineRule="auto"/>
                    <w:jc w:val="center"/>
                    <w:rPr>
                      <w:rFonts w:ascii="微軟正黑體" w:eastAsia="微軟正黑體" w:hAnsi="微軟正黑體"/>
                      <w:sz w:val="32"/>
                      <w:szCs w:val="32"/>
                    </w:rPr>
                  </w:pPr>
                  <w:proofErr w:type="spellStart"/>
                  <w:r w:rsidRPr="00C16C86">
                    <w:rPr>
                      <w:rFonts w:ascii="微軟正黑體" w:eastAsia="微軟正黑體" w:hAnsi="微軟正黑體"/>
                      <w:sz w:val="32"/>
                      <w:szCs w:val="32"/>
                    </w:rPr>
                    <w:t>籃球場</w:t>
                  </w:r>
                  <w:proofErr w:type="spellEnd"/>
                </w:p>
              </w:tc>
            </w:tr>
            <w:tr w:rsidR="008678D4" w:rsidRPr="00C16C86" w14:paraId="13D2BAAD" w14:textId="77777777" w:rsidTr="008678D4">
              <w:trPr>
                <w:trHeight w:hRule="exact" w:val="822"/>
              </w:trPr>
              <w:tc>
                <w:tcPr>
                  <w:tcW w:w="18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5" w:type="dxa"/>
                    <w:left w:w="20" w:type="dxa"/>
                    <w:bottom w:w="25" w:type="dxa"/>
                    <w:right w:w="20" w:type="dxa"/>
                  </w:tcMar>
                  <w:vAlign w:val="center"/>
                </w:tcPr>
                <w:p w14:paraId="09C0BD6F" w14:textId="77777777" w:rsidR="008678D4" w:rsidRPr="00C16C86" w:rsidRDefault="008678D4" w:rsidP="008678D4">
                  <w:pPr>
                    <w:spacing w:after="0" w:line="240" w:lineRule="auto"/>
                    <w:jc w:val="center"/>
                    <w:rPr>
                      <w:rFonts w:ascii="微軟正黑體" w:eastAsia="微軟正黑體" w:hAnsi="微軟正黑體"/>
                      <w:sz w:val="32"/>
                      <w:szCs w:val="32"/>
                    </w:rPr>
                  </w:pPr>
                  <w:proofErr w:type="spellStart"/>
                  <w:r w:rsidRPr="00C16C86">
                    <w:rPr>
                      <w:rFonts w:ascii="微軟正黑體" w:eastAsia="微軟正黑體" w:hAnsi="微軟正黑體"/>
                      <w:b/>
                      <w:sz w:val="32"/>
                      <w:szCs w:val="32"/>
                    </w:rPr>
                    <w:t>C場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5" w:type="dxa"/>
                    <w:left w:w="20" w:type="dxa"/>
                    <w:bottom w:w="25" w:type="dxa"/>
                    <w:right w:w="20" w:type="dxa"/>
                  </w:tcMar>
                  <w:vAlign w:val="center"/>
                </w:tcPr>
                <w:p w14:paraId="422FF80E" w14:textId="77777777" w:rsidR="008678D4" w:rsidRPr="00C16C86" w:rsidRDefault="008678D4" w:rsidP="008678D4">
                  <w:pPr>
                    <w:spacing w:after="0" w:line="240" w:lineRule="auto"/>
                    <w:jc w:val="center"/>
                    <w:rPr>
                      <w:rFonts w:ascii="微軟正黑體" w:eastAsia="微軟正黑體" w:hAnsi="微軟正黑體"/>
                      <w:sz w:val="32"/>
                      <w:szCs w:val="32"/>
                    </w:rPr>
                  </w:pPr>
                  <w:proofErr w:type="spellStart"/>
                  <w:r w:rsidRPr="00C16C86">
                    <w:rPr>
                      <w:rFonts w:ascii="微軟正黑體" w:eastAsia="微軟正黑體" w:hAnsi="微軟正黑體"/>
                      <w:b/>
                      <w:sz w:val="32"/>
                      <w:szCs w:val="32"/>
                    </w:rPr>
                    <w:t>B場</w:t>
                  </w:r>
                  <w:proofErr w:type="spellEnd"/>
                </w:p>
              </w:tc>
              <w:tc>
                <w:tcPr>
                  <w:tcW w:w="1843" w:type="dxa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tcMar>
                    <w:top w:w="25" w:type="dxa"/>
                    <w:left w:w="20" w:type="dxa"/>
                    <w:bottom w:w="25" w:type="dxa"/>
                    <w:right w:w="20" w:type="dxa"/>
                  </w:tcMar>
                  <w:vAlign w:val="center"/>
                </w:tcPr>
                <w:p w14:paraId="454C1BC9" w14:textId="77777777" w:rsidR="008678D4" w:rsidRPr="00C16C86" w:rsidRDefault="008678D4" w:rsidP="008678D4">
                  <w:pPr>
                    <w:spacing w:after="0" w:line="240" w:lineRule="auto"/>
                    <w:jc w:val="center"/>
                    <w:rPr>
                      <w:rFonts w:ascii="微軟正黑體" w:eastAsia="微軟正黑體" w:hAnsi="微軟正黑體"/>
                      <w:sz w:val="32"/>
                      <w:szCs w:val="32"/>
                    </w:rPr>
                  </w:pPr>
                  <w:proofErr w:type="spellStart"/>
                  <w:r w:rsidRPr="00C16C86">
                    <w:rPr>
                      <w:rFonts w:ascii="微軟正黑體" w:eastAsia="微軟正黑體" w:hAnsi="微軟正黑體"/>
                      <w:b/>
                      <w:sz w:val="32"/>
                      <w:szCs w:val="32"/>
                    </w:rPr>
                    <w:t>A場</w:t>
                  </w:r>
                  <w:proofErr w:type="spellEnd"/>
                </w:p>
              </w:tc>
            </w:tr>
          </w:tbl>
          <w:p w14:paraId="3ABE7B8B" w14:textId="77777777" w:rsidR="00AB0EA1" w:rsidRPr="00C16C86" w:rsidRDefault="00AB0EA1">
            <w:pPr>
              <w:keepLines/>
              <w:rPr>
                <w:rFonts w:ascii="微軟正黑體" w:eastAsia="微軟正黑體" w:hAnsi="微軟正黑體"/>
                <w:sz w:val="32"/>
                <w:szCs w:val="32"/>
              </w:rPr>
            </w:pPr>
          </w:p>
        </w:tc>
      </w:tr>
    </w:tbl>
    <w:p w14:paraId="7AAFE79C" w14:textId="77777777" w:rsidR="00DA5CCD" w:rsidRPr="00C16C86" w:rsidRDefault="00DA5CCD">
      <w:pPr>
        <w:rPr>
          <w:rFonts w:ascii="微軟正黑體" w:eastAsia="微軟正黑體" w:hAnsi="微軟正黑體"/>
        </w:rPr>
      </w:pPr>
    </w:p>
    <w:sectPr w:rsidR="00DA5CCD" w:rsidRPr="00C16C86" w:rsidSect="00C16C86">
      <w:pgSz w:w="23811" w:h="16838" w:orient="landscape" w:code="8"/>
      <w:pgMar w:top="720" w:right="720" w:bottom="720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3C1AFE" w14:textId="77777777" w:rsidR="00D10F31" w:rsidRDefault="00D10F31" w:rsidP="00B300AC">
      <w:pPr>
        <w:spacing w:after="0" w:line="240" w:lineRule="auto"/>
      </w:pPr>
      <w:r>
        <w:separator/>
      </w:r>
    </w:p>
  </w:endnote>
  <w:endnote w:type="continuationSeparator" w:id="0">
    <w:p w14:paraId="42B83AE1" w14:textId="77777777" w:rsidR="00D10F31" w:rsidRDefault="00D10F31" w:rsidP="00B30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oto Sans CJK TC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3977C" w14:textId="77777777" w:rsidR="00D10F31" w:rsidRDefault="00D10F31" w:rsidP="00B300AC">
      <w:pPr>
        <w:spacing w:after="0" w:line="240" w:lineRule="auto"/>
      </w:pPr>
      <w:r>
        <w:separator/>
      </w:r>
    </w:p>
  </w:footnote>
  <w:footnote w:type="continuationSeparator" w:id="0">
    <w:p w14:paraId="69CA0E84" w14:textId="77777777" w:rsidR="00D10F31" w:rsidRDefault="00D10F31" w:rsidP="00B300A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D21E44"/>
    <w:multiLevelType w:val="hybridMultilevel"/>
    <w:tmpl w:val="2A8CB6E6"/>
    <w:lvl w:ilvl="0" w:tplc="95F4208E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12D2B08"/>
    <w:multiLevelType w:val="hybridMultilevel"/>
    <w:tmpl w:val="719E5B0E"/>
    <w:lvl w:ilvl="0" w:tplc="F7FC2F00">
      <w:start w:val="1"/>
      <w:numFmt w:val="taiwaneseCountingThousand"/>
      <w:lvlText w:val="%1、"/>
      <w:lvlJc w:val="left"/>
      <w:pPr>
        <w:ind w:left="600" w:hanging="480"/>
      </w:pPr>
    </w:lvl>
    <w:lvl w:ilvl="1" w:tplc="04090019">
      <w:start w:val="1"/>
      <w:numFmt w:val="ideographTraditional"/>
      <w:lvlText w:val="%2、"/>
      <w:lvlJc w:val="left"/>
      <w:pPr>
        <w:ind w:left="1080" w:hanging="480"/>
      </w:pPr>
    </w:lvl>
    <w:lvl w:ilvl="2" w:tplc="0409001B">
      <w:start w:val="1"/>
      <w:numFmt w:val="lowerRoman"/>
      <w:lvlText w:val="%3."/>
      <w:lvlJc w:val="right"/>
      <w:pPr>
        <w:ind w:left="1560" w:hanging="480"/>
      </w:pPr>
    </w:lvl>
    <w:lvl w:ilvl="3" w:tplc="0409000F">
      <w:start w:val="1"/>
      <w:numFmt w:val="decimal"/>
      <w:lvlText w:val="%4."/>
      <w:lvlJc w:val="left"/>
      <w:pPr>
        <w:ind w:left="2040" w:hanging="480"/>
      </w:pPr>
    </w:lvl>
    <w:lvl w:ilvl="4" w:tplc="04090019">
      <w:start w:val="1"/>
      <w:numFmt w:val="ideographTraditional"/>
      <w:lvlText w:val="%5、"/>
      <w:lvlJc w:val="left"/>
      <w:pPr>
        <w:ind w:left="2520" w:hanging="480"/>
      </w:pPr>
    </w:lvl>
    <w:lvl w:ilvl="5" w:tplc="0409001B">
      <w:start w:val="1"/>
      <w:numFmt w:val="lowerRoman"/>
      <w:lvlText w:val="%6."/>
      <w:lvlJc w:val="right"/>
      <w:pPr>
        <w:ind w:left="3000" w:hanging="480"/>
      </w:pPr>
    </w:lvl>
    <w:lvl w:ilvl="6" w:tplc="0409000F">
      <w:start w:val="1"/>
      <w:numFmt w:val="decimal"/>
      <w:lvlText w:val="%7."/>
      <w:lvlJc w:val="left"/>
      <w:pPr>
        <w:ind w:left="3480" w:hanging="480"/>
      </w:pPr>
    </w:lvl>
    <w:lvl w:ilvl="7" w:tplc="04090019">
      <w:start w:val="1"/>
      <w:numFmt w:val="ideographTraditional"/>
      <w:lvlText w:val="%8、"/>
      <w:lvlJc w:val="left"/>
      <w:pPr>
        <w:ind w:left="3960" w:hanging="480"/>
      </w:pPr>
    </w:lvl>
    <w:lvl w:ilvl="8" w:tplc="0409001B">
      <w:start w:val="1"/>
      <w:numFmt w:val="lowerRoman"/>
      <w:lvlText w:val="%9."/>
      <w:lvlJc w:val="right"/>
      <w:pPr>
        <w:ind w:left="4440" w:hanging="480"/>
      </w:pPr>
    </w:lvl>
  </w:abstractNum>
  <w:num w:numId="1" w16cid:durableId="239946529">
    <w:abstractNumId w:val="8"/>
  </w:num>
  <w:num w:numId="2" w16cid:durableId="1349523650">
    <w:abstractNumId w:val="6"/>
  </w:num>
  <w:num w:numId="3" w16cid:durableId="592401675">
    <w:abstractNumId w:val="5"/>
  </w:num>
  <w:num w:numId="4" w16cid:durableId="182673581">
    <w:abstractNumId w:val="4"/>
  </w:num>
  <w:num w:numId="5" w16cid:durableId="268855674">
    <w:abstractNumId w:val="7"/>
  </w:num>
  <w:num w:numId="6" w16cid:durableId="704722277">
    <w:abstractNumId w:val="3"/>
  </w:num>
  <w:num w:numId="7" w16cid:durableId="1160805084">
    <w:abstractNumId w:val="2"/>
  </w:num>
  <w:num w:numId="8" w16cid:durableId="1312172320">
    <w:abstractNumId w:val="1"/>
  </w:num>
  <w:num w:numId="9" w16cid:durableId="1875730838">
    <w:abstractNumId w:val="0"/>
  </w:num>
  <w:num w:numId="10" w16cid:durableId="1086265590">
    <w:abstractNumId w:val="9"/>
  </w:num>
  <w:num w:numId="11" w16cid:durableId="5307230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5FA3"/>
    <w:rsid w:val="0015074B"/>
    <w:rsid w:val="00196D5C"/>
    <w:rsid w:val="002242BA"/>
    <w:rsid w:val="0029639D"/>
    <w:rsid w:val="00302CF3"/>
    <w:rsid w:val="0032555B"/>
    <w:rsid w:val="00326F90"/>
    <w:rsid w:val="008678D4"/>
    <w:rsid w:val="00AA1D8D"/>
    <w:rsid w:val="00AB0EA1"/>
    <w:rsid w:val="00B300AC"/>
    <w:rsid w:val="00B47730"/>
    <w:rsid w:val="00C16C86"/>
    <w:rsid w:val="00CB0664"/>
    <w:rsid w:val="00D10F31"/>
    <w:rsid w:val="00DA5CCD"/>
    <w:rsid w:val="00DF3E0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74AC2FA"/>
  <w14:defaultImageDpi w14:val="300"/>
  <w15:docId w15:val="{0ABFB7C7-A64D-4BC1-828C-823413CD79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Noto Sans CJK TC" w:eastAsia="Noto Sans CJK TC" w:hAnsi="Noto Sans CJK TC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700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2</cp:revision>
  <dcterms:created xsi:type="dcterms:W3CDTF">2026-10-21T06:06:00Z</dcterms:created>
  <dcterms:modified xsi:type="dcterms:W3CDTF">2026-10-21T06:06:00Z</dcterms:modified>
  <cp:category/>
</cp:coreProperties>
</file>