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2455"/>
        <w:gridCol w:w="3969"/>
        <w:gridCol w:w="3969"/>
        <w:gridCol w:w="3578"/>
        <w:gridCol w:w="391"/>
        <w:gridCol w:w="3969"/>
        <w:gridCol w:w="1379"/>
        <w:gridCol w:w="2590"/>
      </w:tblGrid>
      <w:tr w:rsidR="00E80FB3" w:rsidRPr="00331A23" w14:paraId="4A1A8831" w14:textId="77777777" w:rsidTr="00331A23">
        <w:trPr>
          <w:gridAfter w:val="1"/>
          <w:wAfter w:w="2590" w:type="dxa"/>
        </w:trPr>
        <w:tc>
          <w:tcPr>
            <w:tcW w:w="1397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30" w:type="dxa"/>
              <w:right w:w="0" w:type="dxa"/>
            </w:tcMar>
          </w:tcPr>
          <w:p w14:paraId="20B55385" w14:textId="348AFD23" w:rsidR="00E80FB3" w:rsidRPr="00331A23" w:rsidRDefault="00000000">
            <w:pPr>
              <w:rPr>
                <w:rFonts w:ascii="微軟正黑體" w:eastAsia="微軟正黑體" w:hAnsi="微軟正黑體"/>
                <w:sz w:val="44"/>
                <w:szCs w:val="44"/>
                <w:lang w:eastAsia="zh-TW"/>
              </w:rPr>
            </w:pPr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115年1</w:t>
            </w:r>
            <w:r w:rsidR="00BC4723">
              <w:rPr>
                <w:rFonts w:ascii="微軟正黑體" w:eastAsia="微軟正黑體" w:hAnsi="微軟正黑體" w:hint="eastAsia"/>
                <w:b/>
                <w:sz w:val="44"/>
                <w:szCs w:val="44"/>
                <w:lang w:eastAsia="zh-TW"/>
              </w:rPr>
              <w:t>1</w:t>
            </w:r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月戶外籃球</w:t>
            </w:r>
            <w:proofErr w:type="gramStart"/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場地系隊練習</w:t>
            </w:r>
            <w:proofErr w:type="gramEnd"/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時間表</w:t>
            </w:r>
          </w:p>
        </w:tc>
        <w:tc>
          <w:tcPr>
            <w:tcW w:w="573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30" w:type="dxa"/>
              <w:right w:w="0" w:type="dxa"/>
            </w:tcMar>
            <w:vAlign w:val="center"/>
          </w:tcPr>
          <w:p w14:paraId="6751D9B9" w14:textId="77777777" w:rsidR="00E80FB3" w:rsidRPr="00331A23" w:rsidRDefault="00000000">
            <w:pPr>
              <w:jc w:val="right"/>
              <w:rPr>
                <w:rFonts w:ascii="微軟正黑體" w:eastAsia="微軟正黑體" w:hAnsi="微軟正黑體"/>
                <w:sz w:val="44"/>
                <w:szCs w:val="44"/>
              </w:rPr>
            </w:pPr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highlight w:val="lightGray"/>
                <w:lang w:eastAsia="zh-TW"/>
              </w:rPr>
              <w:t xml:space="preserve"> </w:t>
            </w:r>
            <w:proofErr w:type="spellStart"/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highlight w:val="lightGray"/>
              </w:rPr>
              <w:t>夜課優先使用</w:t>
            </w:r>
            <w:proofErr w:type="spellEnd"/>
            <w:r w:rsidRPr="00331A23">
              <w:rPr>
                <w:rFonts w:ascii="微軟正黑體" w:eastAsia="微軟正黑體" w:hAnsi="微軟正黑體"/>
                <w:b/>
                <w:sz w:val="44"/>
                <w:szCs w:val="44"/>
                <w:highlight w:val="lightGray"/>
              </w:rPr>
              <w:t xml:space="preserve"> </w:t>
            </w:r>
          </w:p>
        </w:tc>
      </w:tr>
      <w:tr w:rsidR="00E80FB3" w:rsidRPr="00331A23" w14:paraId="5CBCF824" w14:textId="77777777" w:rsidTr="00331A23">
        <w:trPr>
          <w:trHeight w:val="20"/>
          <w:tblHeader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6E78E8C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時間／球場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C548D64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星期一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2C10AF9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星期二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2CEBD8A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星期三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4A0AC2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星期四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5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38B9416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星期五</w:t>
            </w:r>
          </w:p>
        </w:tc>
      </w:tr>
      <w:tr w:rsidR="00E80FB3" w:rsidRPr="00331A23" w14:paraId="49CA1B31" w14:textId="77777777" w:rsidTr="00331A23">
        <w:trPr>
          <w:trHeight w:val="20"/>
          <w:tblHeader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3F8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886959" w14:textId="77777777" w:rsidR="00E80FB3" w:rsidRPr="00331A23" w:rsidRDefault="0000000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適用日期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3E673C" w14:textId="5596147A" w:rsidR="00E80FB3" w:rsidRPr="00331A23" w:rsidRDefault="00164708">
            <w:pPr>
              <w:spacing w:line="228" w:lineRule="auto"/>
              <w:jc w:val="center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2、11/9、11/16、11/23、11/30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0B0B7D" w14:textId="130A08EE" w:rsidR="00E80FB3" w:rsidRPr="00331A23" w:rsidRDefault="00164708">
            <w:pPr>
              <w:spacing w:line="228" w:lineRule="auto"/>
              <w:jc w:val="center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3、11/10、11/17、11/24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7C49812" w14:textId="3592116F" w:rsidR="00E80FB3" w:rsidRPr="00331A23" w:rsidRDefault="00164708">
            <w:pPr>
              <w:spacing w:line="228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4、11/11、11/18、11/25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C0AC653" w14:textId="0F4935BC" w:rsidR="00E80FB3" w:rsidRPr="00331A23" w:rsidRDefault="00164708">
            <w:pPr>
              <w:spacing w:line="228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 w:rsidR="006005A0"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5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、11/1</w:t>
            </w:r>
            <w:r w:rsidR="006005A0"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2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、11/1</w:t>
            </w:r>
            <w:r w:rsidR="006005A0"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9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、11/2</w:t>
            </w:r>
            <w:r w:rsidR="006005A0"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6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4674B8C" w14:textId="6D60243D" w:rsidR="00E80FB3" w:rsidRPr="00331A23" w:rsidRDefault="006005A0">
            <w:pPr>
              <w:spacing w:line="228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6、11/13、11/20、11/27</w:t>
            </w:r>
          </w:p>
        </w:tc>
      </w:tr>
      <w:tr w:rsidR="00BC4723" w:rsidRPr="00331A23" w14:paraId="1A379467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981FEC4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C場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17887C" w14:textId="24265528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車輛工程系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0DBCA60" w14:textId="528D74D8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資訊管理系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AEF89BC" w14:textId="7DEE8455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電子工程系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283C85D" w14:textId="37489A5D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資訊管理系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4AA742D" w14:textId="49EA65DC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4A11BF53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144F3C8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D場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D491A9F" w14:textId="5224406E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生物科技系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88F0CDE" w14:textId="0F4A7BD4" w:rsidR="00BC4723" w:rsidRPr="00DA6331" w:rsidRDefault="002C1165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電機工程系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ED88F3" w14:textId="683F6A8E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材料科學系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DABA61E" w14:textId="582CF543" w:rsidR="00BC4723" w:rsidRPr="00DA6331" w:rsidRDefault="002C1165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電機工程系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D10D6EB" w14:textId="40528828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045CA324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E5B7B5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E場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8C56B73" w14:textId="3F1A17FA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8B80CAB" w14:textId="67169FF8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CAD98E" w14:textId="6A03D83D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0909D5" w14:textId="308B92A0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1CB03C7" w14:textId="393E3B33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32DFEDC5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0EB583E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F場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FA53D42" w14:textId="6E689F0E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財務金融系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12BD4D5" w14:textId="3A5385E8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飛機工程系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990D0A3" w14:textId="7584BE44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3A0CE36" w14:textId="3BBCA971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企業管理系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13D505" w14:textId="2371F71C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72216669" w14:textId="77777777" w:rsidTr="006005A0">
        <w:trPr>
          <w:trHeight w:val="20"/>
        </w:trPr>
        <w:tc>
          <w:tcPr>
            <w:tcW w:w="245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3B166F2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19:40~20:50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C場</w:t>
            </w:r>
            <w:proofErr w:type="spellEnd"/>
          </w:p>
        </w:tc>
        <w:tc>
          <w:tcPr>
            <w:tcW w:w="39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7C73D96" w14:textId="446511F9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籃球社｜固定</w:t>
            </w:r>
            <w:proofErr w:type="spellEnd"/>
          </w:p>
        </w:tc>
        <w:tc>
          <w:tcPr>
            <w:tcW w:w="39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1927E02" w14:textId="6D1EBFAB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企業管理系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BF8D663" w14:textId="13BAE7E7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籃球社｜固定</w:t>
            </w:r>
            <w:proofErr w:type="spellEnd"/>
          </w:p>
        </w:tc>
        <w:tc>
          <w:tcPr>
            <w:tcW w:w="396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4456EA1" w14:textId="583D3697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光電工程系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B1E817" w14:textId="6621B002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50694E66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662C2DC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19:40~20:50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D場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5DA1704" w14:textId="7FC08310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車輛工程系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AB1A48E" w14:textId="648D7570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機電輔系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C02CCF4" w14:textId="0A374EA3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材料科學系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27D7FA9" w14:textId="0926764B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機電輔系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975A20" w14:textId="356A1777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44A95779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72F1718C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19:40~20:50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E場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39E078A" w14:textId="1CE596BD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光電工程系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0940064" w14:textId="2AAFDAF3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應用外語系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58DFCC33" w14:textId="452B0716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電子工程系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CA9B27F" w14:textId="21171194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應用外語系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531702E" w14:textId="421308CC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BC4723" w:rsidRPr="00331A23" w14:paraId="5197B5A8" w14:textId="77777777" w:rsidTr="006005A0">
        <w:trPr>
          <w:trHeight w:val="20"/>
        </w:trPr>
        <w:tc>
          <w:tcPr>
            <w:tcW w:w="2455" w:type="dxa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shd w:val="clear" w:color="auto" w:fill="F2F2F2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F8D90BA" w14:textId="77777777" w:rsidR="00BC4723" w:rsidRPr="00331A23" w:rsidRDefault="00BC4723" w:rsidP="00BC4723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t>19:40~20:50</w:t>
            </w:r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  <w:t>F場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64F60C41" w14:textId="5A1E20AA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生物科技系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E410DE7" w14:textId="06C5F079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農業科技系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0BF2D29" w14:textId="0F42C593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飛機工程系</w:t>
            </w:r>
            <w:proofErr w:type="spellEnd"/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31345A5B" w14:textId="5F9F0FE9" w:rsidR="00BC4723" w:rsidRPr="00DA6331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DA6331">
              <w:rPr>
                <w:rFonts w:ascii="微軟正黑體" w:eastAsia="微軟正黑體" w:hAnsi="微軟正黑體" w:cs="Arial" w:hint="eastAsia"/>
                <w:color w:val="243447"/>
                <w:sz w:val="32"/>
                <w:szCs w:val="32"/>
              </w:rPr>
              <w:t>財務金融系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auto"/>
              <w:right w:val="single" w:sz="8" w:space="0" w:color="000000"/>
            </w:tcBorders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07B3471" w14:textId="6F454868" w:rsidR="00BC4723" w:rsidRPr="006005A0" w:rsidRDefault="00BC4723" w:rsidP="006005A0">
            <w:pPr>
              <w:spacing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</w:p>
        </w:tc>
      </w:tr>
      <w:tr w:rsidR="00331A23" w:rsidRPr="00331A23" w14:paraId="71315A71" w14:textId="77777777" w:rsidTr="00E410A1">
        <w:tc>
          <w:tcPr>
            <w:tcW w:w="22300" w:type="dxa"/>
            <w:gridSpan w:val="8"/>
            <w:tcBorders>
              <w:top w:val="single" w:sz="2" w:space="0" w:color="auto"/>
            </w:tcBorders>
            <w:tcMar>
              <w:top w:w="80" w:type="dxa"/>
              <w:left w:w="30" w:type="dxa"/>
              <w:bottom w:w="0" w:type="dxa"/>
              <w:right w:w="30" w:type="dxa"/>
            </w:tcMar>
          </w:tcPr>
          <w:tbl>
            <w:tblPr>
              <w:tblpPr w:leftFromText="180" w:rightFromText="180" w:vertAnchor="text" w:horzAnchor="page" w:tblpX="16081" w:tblpY="519"/>
              <w:tblOverlap w:val="never"/>
              <w:tblW w:w="60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9"/>
              <w:gridCol w:w="3020"/>
            </w:tblGrid>
            <w:tr w:rsidR="00331A23" w:rsidRPr="00331A23" w14:paraId="7A0E82FC" w14:textId="77777777" w:rsidTr="00E410A1">
              <w:trPr>
                <w:trHeight w:hRule="exact" w:val="484"/>
              </w:trPr>
              <w:tc>
                <w:tcPr>
                  <w:tcW w:w="6039" w:type="dxa"/>
                  <w:gridSpan w:val="2"/>
                  <w:shd w:val="clear" w:color="auto" w:fill="F2F2F2"/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4B14DA7B" w14:textId="77777777" w:rsidR="00331A23" w:rsidRPr="00331A23" w:rsidRDefault="00331A23" w:rsidP="00331A23">
                  <w:pPr>
                    <w:spacing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  <w:lang w:eastAsia="zh-TW"/>
                    </w:rPr>
                  </w:pPr>
                  <w:proofErr w:type="gramStart"/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游</w:t>
                  </w:r>
                  <w:proofErr w:type="gramEnd"/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 xml:space="preserve">　　</w:t>
                  </w:r>
                  <w:proofErr w:type="gramStart"/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泳</w:t>
                  </w:r>
                  <w:proofErr w:type="gramEnd"/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 xml:space="preserve">　　池</w:t>
                  </w:r>
                </w:p>
              </w:tc>
            </w:tr>
            <w:tr w:rsidR="00331A23" w:rsidRPr="00331A23" w14:paraId="41529700" w14:textId="77777777" w:rsidTr="00E410A1">
              <w:trPr>
                <w:trHeight w:hRule="exact" w:val="484"/>
              </w:trPr>
              <w:tc>
                <w:tcPr>
                  <w:tcW w:w="3019" w:type="dxa"/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19C409BE" w14:textId="77777777" w:rsidR="00331A23" w:rsidRPr="00331A23" w:rsidRDefault="00331A23" w:rsidP="00331A23">
                  <w:pPr>
                    <w:spacing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  <w:lang w:eastAsia="zh-TW"/>
                    </w:rPr>
                  </w:pPr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F場</w:t>
                  </w:r>
                </w:p>
              </w:tc>
              <w:tc>
                <w:tcPr>
                  <w:tcW w:w="3020" w:type="dxa"/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10B66BCF" w14:textId="77777777" w:rsidR="00331A23" w:rsidRPr="00331A23" w:rsidRDefault="00331A23" w:rsidP="00331A23">
                  <w:pPr>
                    <w:spacing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  <w:lang w:eastAsia="zh-TW"/>
                    </w:rPr>
                  </w:pPr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E場</w:t>
                  </w:r>
                </w:p>
              </w:tc>
            </w:tr>
            <w:tr w:rsidR="00331A23" w:rsidRPr="00331A23" w14:paraId="25318828" w14:textId="77777777" w:rsidTr="00E410A1">
              <w:trPr>
                <w:trHeight w:hRule="exact" w:val="484"/>
              </w:trPr>
              <w:tc>
                <w:tcPr>
                  <w:tcW w:w="3019" w:type="dxa"/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1877BAB0" w14:textId="77777777" w:rsidR="00331A23" w:rsidRPr="00331A23" w:rsidRDefault="00331A23" w:rsidP="00331A23">
                  <w:pPr>
                    <w:spacing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  <w:lang w:eastAsia="zh-TW"/>
                    </w:rPr>
                  </w:pPr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D場</w:t>
                  </w:r>
                </w:p>
              </w:tc>
              <w:tc>
                <w:tcPr>
                  <w:tcW w:w="3020" w:type="dxa"/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4441A3B1" w14:textId="77777777" w:rsidR="00331A23" w:rsidRPr="00331A23" w:rsidRDefault="00331A23" w:rsidP="00331A23">
                  <w:pPr>
                    <w:spacing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  <w:lang w:eastAsia="zh-TW"/>
                    </w:rPr>
                  </w:pPr>
                  <w:r w:rsidRPr="00331A23"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  <w:t>C場</w:t>
                  </w:r>
                </w:p>
              </w:tc>
            </w:tr>
          </w:tbl>
          <w:p w14:paraId="77EC15C4" w14:textId="77777777" w:rsidR="00331A23" w:rsidRPr="00331A23" w:rsidRDefault="00331A23">
            <w:pPr>
              <w:spacing w:after="20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proofErr w:type="gramStart"/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  <w:lang w:eastAsia="zh-TW"/>
              </w:rPr>
              <w:t>註</w:t>
            </w:r>
            <w:proofErr w:type="gramEnd"/>
            <w:r w:rsidRPr="00331A23">
              <w:rPr>
                <w:rFonts w:ascii="微軟正黑體" w:eastAsia="微軟正黑體" w:hAnsi="微軟正黑體"/>
                <w:b/>
                <w:sz w:val="32"/>
                <w:szCs w:val="32"/>
                <w:lang w:eastAsia="zh-TW"/>
              </w:rPr>
              <w:t>：</w:t>
            </w:r>
          </w:p>
          <w:p w14:paraId="370C04D4" w14:textId="77777777" w:rsidR="00331A23" w:rsidRPr="00331A23" w:rsidRDefault="00331A23">
            <w:pPr>
              <w:spacing w:line="240" w:lineRule="auto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r w:rsidRPr="00331A23"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  <w:t>一、使用後請帶走垃圾，共同維護場地整潔。</w:t>
            </w:r>
          </w:p>
          <w:p w14:paraId="68D93E21" w14:textId="7562A097" w:rsidR="00331A23" w:rsidRPr="00331A23" w:rsidRDefault="00331A23" w:rsidP="00331A23">
            <w:pPr>
              <w:spacing w:line="240" w:lineRule="auto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</w:p>
        </w:tc>
      </w:tr>
    </w:tbl>
    <w:p w14:paraId="0D6794D2" w14:textId="77777777" w:rsidR="00F66D6D" w:rsidRPr="00331A23" w:rsidRDefault="00F66D6D" w:rsidP="00331A23">
      <w:pPr>
        <w:rPr>
          <w:rFonts w:ascii="微軟正黑體" w:eastAsia="微軟正黑體" w:hAnsi="微軟正黑體"/>
          <w:lang w:eastAsia="zh-TW"/>
        </w:rPr>
      </w:pPr>
    </w:p>
    <w:sectPr w:rsidR="00F66D6D" w:rsidRPr="00331A23" w:rsidSect="00331A23">
      <w:pgSz w:w="23811" w:h="16838" w:orient="landscape" w:code="8"/>
      <w:pgMar w:top="426" w:right="720" w:bottom="720" w:left="720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C1D35" w14:textId="77777777" w:rsidR="00903148" w:rsidRDefault="00903148" w:rsidP="001F04E8">
      <w:pPr>
        <w:spacing w:line="240" w:lineRule="auto"/>
      </w:pPr>
      <w:r>
        <w:separator/>
      </w:r>
    </w:p>
  </w:endnote>
  <w:endnote w:type="continuationSeparator" w:id="0">
    <w:p w14:paraId="22E8A6F3" w14:textId="77777777" w:rsidR="00903148" w:rsidRDefault="00903148" w:rsidP="001F04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3D595" w14:textId="77777777" w:rsidR="00903148" w:rsidRDefault="00903148" w:rsidP="001F04E8">
      <w:pPr>
        <w:spacing w:line="240" w:lineRule="auto"/>
      </w:pPr>
      <w:r>
        <w:separator/>
      </w:r>
    </w:p>
  </w:footnote>
  <w:footnote w:type="continuationSeparator" w:id="0">
    <w:p w14:paraId="5CA5C4A1" w14:textId="77777777" w:rsidR="00903148" w:rsidRDefault="00903148" w:rsidP="001F04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1717392">
    <w:abstractNumId w:val="8"/>
  </w:num>
  <w:num w:numId="2" w16cid:durableId="1819571096">
    <w:abstractNumId w:val="6"/>
  </w:num>
  <w:num w:numId="3" w16cid:durableId="462113452">
    <w:abstractNumId w:val="5"/>
  </w:num>
  <w:num w:numId="4" w16cid:durableId="1610089219">
    <w:abstractNumId w:val="4"/>
  </w:num>
  <w:num w:numId="5" w16cid:durableId="1367557946">
    <w:abstractNumId w:val="7"/>
  </w:num>
  <w:num w:numId="6" w16cid:durableId="1295481007">
    <w:abstractNumId w:val="3"/>
  </w:num>
  <w:num w:numId="7" w16cid:durableId="149445082">
    <w:abstractNumId w:val="2"/>
  </w:num>
  <w:num w:numId="8" w16cid:durableId="377894577">
    <w:abstractNumId w:val="1"/>
  </w:num>
  <w:num w:numId="9" w16cid:durableId="60191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708"/>
    <w:rsid w:val="001E56C0"/>
    <w:rsid w:val="001F04E8"/>
    <w:rsid w:val="001F5804"/>
    <w:rsid w:val="002242BA"/>
    <w:rsid w:val="00295B1E"/>
    <w:rsid w:val="0029639D"/>
    <w:rsid w:val="002C1165"/>
    <w:rsid w:val="00302CF3"/>
    <w:rsid w:val="00326F90"/>
    <w:rsid w:val="00331A23"/>
    <w:rsid w:val="004517DA"/>
    <w:rsid w:val="005463C4"/>
    <w:rsid w:val="005936C2"/>
    <w:rsid w:val="006005A0"/>
    <w:rsid w:val="00635D8A"/>
    <w:rsid w:val="00903148"/>
    <w:rsid w:val="00AA1D8D"/>
    <w:rsid w:val="00B47730"/>
    <w:rsid w:val="00BC4723"/>
    <w:rsid w:val="00C356DE"/>
    <w:rsid w:val="00CB0664"/>
    <w:rsid w:val="00DA6331"/>
    <w:rsid w:val="00E410A1"/>
    <w:rsid w:val="00E80FB3"/>
    <w:rsid w:val="00F66D6D"/>
    <w:rsid w:val="00FA5C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8B921A"/>
  <w14:defaultImageDpi w14:val="300"/>
  <w15:docId w15:val="{ACA89931-D679-4499-AB05-B83D5C8F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ans CJK TC" w:eastAsia="Noto Sans CJK TC" w:hAnsi="Noto Sans CJK T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2026-10-21T06:17:00Z</cp:lastPrinted>
  <dcterms:created xsi:type="dcterms:W3CDTF">2026-10-21T05:40:00Z</dcterms:created>
  <dcterms:modified xsi:type="dcterms:W3CDTF">2026-10-21T06:30:00Z</dcterms:modified>
  <cp:category/>
</cp:coreProperties>
</file>